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5B2A6E"/>
          <w:sz w:val="33"/>
        </w:rPr>
        <w:t>WhatsApp message pack for clinics</w:t>
      </w:r>
    </w:p>
    <w:p>
      <w:r>
        <w:rPr>
          <w:b w:val="0"/>
          <w:i w:val="0"/>
          <w:color w:val="6B6170"/>
          <w:sz w:val="19"/>
        </w:rPr>
        <w:t>24 messages: 14 for appointments and visits, 10 for the relationship with the patient, each with its moment and a note on tone. Replace what is in braces { } before sending.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8"/>
            <w:tcBorders>
              <w:top w:val="single" w:sz="14" w:space="0" w:color="C98A1E" w:themeColor="accent2"/>
              <w:left w:val="single" w:sz="14" w:space="0" w:color="C98A1E" w:themeColor="accent2"/>
              <w:bottom w:val="single" w:sz="14" w:space="0" w:color="C98A1E" w:themeColor="accent2"/>
              <w:right w:val="single" w:sz="14" w:space="0" w:color="C98A1E" w:themeColor="accent2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C98A1E" w:themeColor="accent2"/>
                <w:sz w:val="22"/>
              </w:rPr>
              <w:t>The rules before the messages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2C1636"/>
                <w:sz w:val="19"/>
              </w:rPr>
              <w:t>• No more than 3 messages a month to a patient who is not in treatment.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2C1636"/>
                <w:sz w:val="19"/>
              </w:rPr>
              <w:t>• Offers and new-service messages only to patients who agreed to receive them.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2C1636"/>
                <w:sz w:val="19"/>
              </w:rPr>
              <w:t>• No results, diagnoses or medicines in a WhatsApp message.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2C1636"/>
                <w:sz w:val="19"/>
              </w:rPr>
              <w:t>• Send between 9 am and 9 pm, and avoid prayer times.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2C1636"/>
                <w:sz w:val="19"/>
              </w:rPr>
              <w:t>• Answer every reply within the same working day: a message starts a conversation.</w:t>
            </w:r>
          </w:p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721"/>
        <w:gridCol w:w="7257"/>
      </w:tblGrid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{name}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patient’s first name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{clinic}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clinic name patients know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{doctor}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doctor, with title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{service}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service or procedure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{date} {time}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Day, date and time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{branch} {map}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Branch and its map link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{link} {amount}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Payment or review link; amount with currency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{phone}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clinic’s phone number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{options} {sessions}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Free times; sessions remaining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{offer} {hours}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offer; opening hours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{instructions} {period}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Doctor’s instructions; time since the last session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Appointments and visits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Booking confirmation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As soon as the appointment is booked.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your appointment at {clinic} is booked: {service} with {doctor} on {date} at {time}, {branch}. Location: {map}. To change it, just reply to this message.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Send the location with it: it is what new patients ask most.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2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24-hour reminder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The day before, late morning.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a reminder of your appointment tomorrow, {date} at {time}, with {doctor}. Reply 1 to confirm or 2 if you need another time.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Ask for a one-digit reply: the easier the reply, the more patients confirm.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3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3-hour reminder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Three hours before.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{name}, we look forward to seeing you today at {time}. Please arrive 10 minutes early. Location: {map}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Keep it short and do not ask for confirmation again.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4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Confirm or cancel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When the 24-hour reminder is unanswered, the evening before.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we have not heard back about tomorrow at {time}. If you cannot come, just reply 2 and we will offer the time to a patient on our waiting list.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Make cancelling easy: an early cancellation puts the slot back on the waiting list.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5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Missed appointment follow-up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The same day, an hour after the missed slot.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we missed you today at {time} and hope all is well. Would you like us to find you another time this week?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Concern, not blame. Do not mention the deposit in this message.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6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Rebooking offer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Two days after a missed or cancelled visit with no new booking.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{name}, {doctor} has openings on {date}: {options}. Reply with the time that suits you and we will book it.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Offer two or three actual times rather than an open question.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7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Waiting-list slot opened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As soon as a slot frees up.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a slot has opened with {doctor} on {date} at {time}. You are on our waiting list: reply YES within an hour to take it.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Send to one or two patients at a time, with a time limit to reply.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8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Results ready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Once the doctor has reviewed them.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your results are ready and {doctor} has reviewed them. Call {phone} or reply here to book a time to go through them.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Never write a result or a diagnosis in a WhatsApp message.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9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Balance due, with link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The day after the visit; once, then a phone call.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thank you for visiting {clinic}. A balance of {amount} remains from your visit on {date}. You can pay here: {link}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State the amount and the visit date exactly; no warning language.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10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Recall: annual check-up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Eleven months after the last check-up.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it has been almost a year since your last check-up at {clinic}. Shall we book your annual check-up? Reply with a day that suits you.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Only for patients the doctor wants to see yearly.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11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Review request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Two or three hours after the visit.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{name}, thank you for coming in today. If you were happy with your visit, a short Google review helps other patients find us: {link}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Only to patients who were happy with the visit, and only once.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12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Before the procedure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Two days before the procedure.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your {service} is on {date} at {time}. Before you come, please follow {doctor}’s instructions: {instructions}. Any questions, reply here.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The instructions come from the treating doctor; copy them as written.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13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After the procedure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The next day.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how are you feeling after yesterday’s {service}? If anything worries you, reply here or call {phone} and we will get back to you today.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Replies are read by someone who knows when to pass them to the doctor.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14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Ramadan hours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A week before Ramadan; once.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Ramadan Kareem from {clinic}. During Ramadan we are open {hours}. To book or move an appointment, reply to this message.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Only to patients seen in the past year.</w:t>
            </w:r>
          </w:p>
        </w:tc>
      </w:tr>
    </w:tbl>
    <w:p>
      <w:pPr>
        <w:spacing w:after="0" w:before="0" w:line="180" w:lineRule="exact"/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The relationship with the patient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15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Welcome after the first visit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The evening of the first visit.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Welcome to {clinic}, {name}. Save this number: it is where we confirm your appointments and answer questions, and you can book, move or cancel here at any time.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An introduction, with no offer in it.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16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Three months after treatment ends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Three months after the last session of a plan.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it has been three months since you finished your {service}. How are things? If you would like a check with {doctor}, reply and we will find a time.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A genuine question about how they are; booking is optional.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17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Birthday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The morning of the birthday.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Happy birthday, {name}. Wishing you good health and a lovely year, from everyone at {clinic}.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A greeting only; do not attach an offer.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18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Eid greeting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The morning of Eid.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Eid Mubarak, {name}. Wishing you and your family a happy Eid, from all of us at {clinic}.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No offer and no link. Holiday hours go in a separate message if needed.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19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New service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When the service launches.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{clinic} now offers {service} at {branch} with {doctor}. If you would like to know whether it suits you, reply and we will arrange a consultation.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Only to patients it is relevant to who agreed to receive offers.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20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Package renewal offer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When one or two sessions remain in the package.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you have {sessions} left in your {service} package. If you renew before your last session, {offer}. Reply and we will reserve it for you.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Make the offer clear and give it an end date.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21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Recall: dermatology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In the month the doctor set for the review.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{doctor} asked us to remind you that your skin review is due this month. Shall we book you in? Reply with a day that suits you.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The interval is the doctor’s decision for each patient, not the message’s.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22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Recall: physiotherapy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Six to eight weeks after the last session.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it has been {period} since your last physiotherapy session. How are you feeling? If the pain has come back, {doctor} can see you for a review.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Ask how they are first: many come back when the pain does.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23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Recall: nutrition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When the agreed follow-up is due.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Hello {name}, how is your plan going? It is time for your follow-up with {doctor} to review your progress and adjust the plan. Shall we book you in?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Encouragement, not judgement.</w:t>
            </w:r>
          </w:p>
        </w:tc>
      </w:tr>
    </w:tbl>
    <w:p>
      <w:pPr>
        <w:spacing w:after="0" w:before="0" w:line="1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18"/>
              </w:rPr>
              <w:t>24</w:t>
            </w:r>
          </w:p>
        </w:tc>
        <w:tc>
          <w:tcPr>
            <w:tcW w:type="dxa" w:w="9468"/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2"/>
              </w:rPr>
              <w:t>Review thank-you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40" w:before="0"/>
            </w:pPr>
            <w:r>
              <w:rPr>
                <w:b/>
                <w:i w:val="0"/>
                <w:color w:val="2C1636"/>
                <w:sz w:val="17"/>
              </w:rPr>
              <w:t xml:space="preserve">When: </w:t>
            </w:r>
            <w:r>
              <w:rPr>
                <w:b w:val="0"/>
                <w:i w:val="0"/>
                <w:color w:val="6B6170"/>
                <w:sz w:val="17"/>
              </w:rPr>
              <w:t>Within a day of the review appearing.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0"/>
              </w:rPr>
              <w:t>Thank you for your review, {name}. We read every one, and we have shared yours with {doctor} and the team.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spacing w:after="0" w:before="40"/>
            </w:pPr>
            <w:r>
              <w:rPr>
                <w:b w:val="0"/>
                <w:i w:val="0"/>
                <w:color w:val="C98A1E" w:themeColor="accent2"/>
                <w:sz w:val="13"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</w:rPr>
              <w:t>Thanks only; do not ask for anything else.</w:t>
            </w:r>
          </w:p>
        </w:tc>
      </w:tr>
    </w:tbl>
    <w:p>
      <w:pPr>
        <w:spacing w:after="0" w:before="0" w:line="180" w:lineRule="exact"/>
      </w:pPr>
    </w:p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these messages go out on their own at the right moment, from the calendar and the patient file, and replies land in one thread: </w:t>
      </w:r>
      <w:hyperlink r:id="rId9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whatsapp-message-pack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whatsapp-message-pack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