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ملخص خطة العلاج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ما سنفعله، ومتى، وكم دُفع وكم بقي. نسخة لك ونسخة في ملفك.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الخطة أو الباقة: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البدء: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منسق الخطة: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للتواصل: هاتف أو واتساب: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الهدف في جملة واحدة: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الجلسات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رقم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ماذا سنفعل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الموعد المخطط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تمت في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الطبيب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الدفع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إجمالي الخطة: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الخصم: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المدفوع حتى الآن: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المتبقي:</w:t>
            </w:r>
          </w:p>
        </w:tc>
      </w:tr>
    </w:tbl>
    <w:p>
      <w:pPr>
        <w:bidi/>
        <w:jc w:val="righ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الدفعة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تُستحق عند الجلسة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المبلغ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دُفعت في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رقم الإيصال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كيف نقيس التقدم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نقيسه: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القراءة عند البدء: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متى نعيد القياس: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النتيجة المتوقعة: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يلتزم به المريض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حضور الجلسات في مواعيدها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اتباع تعليمات ما بعد الجلسة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إبلاغنا بأي تغيير في صحتك أو أدويتك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الدفع حسب الجدول أعلاه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الإلغاء والتجميد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تكتب العيادة سياستها في هذه الأسطر الثلاثة.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تغيير الموعد أو الاعتذار:</w:t>
            </w:r>
          </w:p>
        </w:tc>
      </w:tr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تجميد الخطة:</w:t>
            </w:r>
          </w:p>
        </w:tc>
      </w:tr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إلغاء الخطة والاسترداد:</w:t>
            </w:r>
          </w:p>
        </w:tc>
      </w:tr>
    </w:tbl>
    <w:p>
      <w:pPr>
        <w:bidi/>
        <w:jc w:val="righ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توقيع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توقيع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treatment-plan-summary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treatment-plan-summary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