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Referral letter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Referral no.: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Specialty: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Facility: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City: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From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Specialty: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 or WhatsApp for the reply: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Email: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Patient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p>
      <w:r>
        <w:rPr>
          <w:b/>
          <w:i w:val="0"/>
        </w:rPr>
        <w:t xml:space="preserve">Urgency   </w:t>
      </w:r>
      <w:r>
        <w:rPr>
          <w:b w:val="0"/>
          <w:i w:val="0"/>
        </w:rPr>
        <w:t>☐ Routine    ☐ Soon    ☐ Urgent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Reason for referral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Relevant history and findings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Investigations attached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Lab results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Imaging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Report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Photos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ECG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Current medications: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Allergies: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What we are asking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Specific question or requested action:</w:t>
            </w:r>
          </w:p>
        </w:tc>
      </w:tr>
    </w:tbl>
    <w:p/>
    <w:p>
      <w:pPr>
        <w:pBdr>
          <w:bottom w:val="dotted" w:sz="6" w:color="8A8090"/>
        </w:pBdr>
      </w:pPr>
    </w:p>
    <w:p>
      <w:r>
        <w:rPr>
          <w:b/>
          <w:i w:val="0"/>
        </w:rPr>
        <w:t xml:space="preserve">After you see the patient   </w:t>
      </w:r>
      <w:r>
        <w:rPr>
          <w:b w:val="0"/>
          <w:i w:val="0"/>
        </w:rPr>
        <w:t>☐ Return to us for follow-up    ☐ Keep under your care    ☐ Advice only</w:t>
      </w:r>
    </w:p>
    <w:p>
      <w:r>
        <w:rPr>
          <w:b w:val="0"/>
          <w:i w:val="0"/>
          <w:color w:val="6B6170"/>
          <w:sz w:val="17"/>
        </w:rPr>
        <w:t>Please let us know the outcome on the reply slip on page 2.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Referring doctor’s name and signature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Stamp</w:t>
            </w:r>
          </w:p>
        </w:tc>
      </w:tr>
    </w:tbl>
    <w:p>
      <w:r>
        <w:br w:type="page"/>
      </w:r>
    </w:p>
    <w:p>
      <w:r>
        <w:rPr>
          <w:b w:val="0"/>
          <w:i w:val="0"/>
          <w:color w:val="6B6170"/>
          <w:sz w:val="17"/>
        </w:rPr>
        <w:t>- - - - - - - - - - - - - -   ✂ Detach and return to the referring doctor   - - - - - - - - - - - - - -</w:t>
      </w:r>
    </w:p>
    <w:p>
      <w:r>
        <w:rPr>
          <w:b/>
          <w:i w:val="0"/>
          <w:color w:val="5B2A6E"/>
          <w:sz w:val="33"/>
        </w:rPr>
        <w:t>Referral reply</w:t>
      </w:r>
    </w:p>
    <w:p>
      <w:r>
        <w:rPr>
          <w:b w:val="0"/>
          <w:i w:val="0"/>
          <w:color w:val="6B6170"/>
          <w:sz w:val="19"/>
        </w:rPr>
        <w:t>Filled in by the receiving doctor and sent back to the referring doctor.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To (referring doctor):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Referral no.: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Seen on: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Seen by: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Findings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Diagnosis: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Treatment given or planned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Recommendations to the referring doctor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r>
        <w:rPr>
          <w:b/>
          <w:i w:val="0"/>
        </w:rPr>
        <w:t xml:space="preserve">Follow-up with   </w:t>
      </w:r>
      <w:r>
        <w:rPr>
          <w:b w:val="0"/>
          <w:i w:val="0"/>
        </w:rPr>
        <w:t>☐ Referring doctor    ☐ Us    ☐ Both    ☐ Not needed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Follow-up date: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 for questions:</w:t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name and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Stamp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referral-letter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referral-letter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