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ook w:firstColumn="1" w:firstRow="1" w:lastColumn="0" w:lastRow="0" w:noHBand="0" w:noVBand="1" w:val="04A0"/>
        <w:bidiVisual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47"/>
        <w:gridCol w:w="5046"/>
      </w:tblGrid>
      <w:tr>
        <w:tc>
          <w:tcPr>
            <w:tcW w:type="dxa" w:w="1247"/>
            <w:tcBorders>
              <w:top w:val="dashed" w:sz="6" w:color="B3ABB9"/>
              <w:left w:val="dashed" w:sz="6" w:color="B3ABB9"/>
              <w:bottom w:val="dashed" w:sz="6" w:color="B3ABB9"/>
              <w:right w:val="dashed" w:sz="6" w:color="B3ABB9"/>
            </w:tcBorders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color w:val="6B6170"/>
                <w:sz w:val="16"/>
                <w:rtl/>
                <w:szCs w:val="16"/>
              </w:rPr>
              <w:t>الشعار</w:t>
            </w:r>
          </w:p>
        </w:tc>
        <w:tc>
          <w:tcPr>
            <w:tcW w:type="dxa" w:w="8504"/>
          </w:tcPr>
          <w:p>
            <w:pPr>
              <w:bidi/>
              <w:jc w:val="right"/>
            </w:pPr>
            <w:r/>
            <w:r>
              <w:rPr>
                <w:b/>
                <w:i w:val="0"/>
                <w:color w:val="5B2A6E"/>
                <w:sz w:val="30"/>
                <w:rtl/>
                <w:bCs/>
                <w:szCs w:val="30"/>
              </w:rPr>
              <w:t>اسم العيادة</w:t>
            </w:r>
          </w:p>
          <w:p>
            <w:pPr>
              <w:bidi/>
              <w:jc w:val="right"/>
            </w:pPr>
            <w:r>
              <w:rPr>
                <w:b w:val="0"/>
                <w:i w:val="0"/>
                <w:color w:val="6B6170"/>
                <w:sz w:val="17"/>
                <w:rtl/>
                <w:szCs w:val="17"/>
              </w:rPr>
              <w:t>العنوان · الهاتف · رقم الترخيص</w:t>
            </w:r>
          </w:p>
        </w:tc>
      </w:tr>
    </w:tbl>
    <w:p>
      <w:pPr>
        <w:bidi/>
        <w:jc w:val="right"/>
        <w:pBdr>
          <w:bottom w:val="single" w:sz="12" w:color="5B2A6E"/>
        </w:pBdr>
      </w:pPr>
    </w:p>
    <w:p>
      <w:pPr>
        <w:bidi/>
        <w:jc w:val="right"/>
      </w:pPr>
      <w:r>
        <w:rPr>
          <w:b/>
          <w:i w:val="0"/>
          <w:color w:val="5B2A6E"/>
          <w:sz w:val="33"/>
          <w:rtl/>
          <w:bCs/>
          <w:szCs w:val="33"/>
        </w:rPr>
        <w:t>خطاب تحويل</w:t>
      </w:r>
    </w:p>
    <w:tbl>
      <w:tblPr>
        <w:tblW w:type="auto" w:w="0"/>
        <w:jc w:val="center"/>
        <w:tblLook w:firstColumn="1" w:firstRow="1" w:lastColumn="0" w:lastRow="0" w:noHBand="0" w:noVBand="1" w:val="04A0"/>
        <w:bidiVisual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5046"/>
        <w:gridCol w:w="5046"/>
      </w:tblGrid>
      <w:tr>
        <w:tc>
          <w:tcPr>
            <w:tcW w:type="dxa" w:w="5046"/>
            <w:tcBorders>
              <w:bottom w:val="dotted" w:sz="6" w:color="8A8090"/>
            </w:tcBorders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color w:val="6B6170"/>
                <w:sz w:val="19"/>
                <w:rtl/>
                <w:szCs w:val="19"/>
              </w:rPr>
              <w:t>رقم التحويل:</w:t>
            </w:r>
          </w:p>
        </w:tc>
        <w:tc>
          <w:tcPr>
            <w:tcW w:type="dxa" w:w="5046"/>
            <w:tcBorders>
              <w:bottom w:val="dotted" w:sz="6" w:color="8A8090"/>
            </w:tcBorders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color w:val="6B6170"/>
                <w:sz w:val="19"/>
                <w:rtl/>
                <w:szCs w:val="19"/>
              </w:rPr>
              <w:t>التاريخ:</w:t>
            </w:r>
          </w:p>
        </w:tc>
      </w:tr>
    </w:tbl>
    <w:p>
      <w:pPr>
        <w:bidi/>
        <w:jc w:val="right"/>
      </w:pPr>
    </w:p>
    <w:p>
      <w:pPr>
        <w:keepNext/>
        <w:bidi/>
        <w:spacing w:before="200"/>
        <w:jc w:val="right"/>
      </w:pPr>
      <w:r>
        <w:rPr>
          <w:b/>
          <w:i w:val="0"/>
          <w:color w:val="5B2A6E"/>
          <w:sz w:val="24"/>
          <w:rtl/>
          <w:bCs/>
          <w:szCs w:val="24"/>
        </w:rPr>
        <w:t>إلى</w:t>
      </w:r>
    </w:p>
    <w:tbl>
      <w:tblPr>
        <w:tblW w:type="auto" w:w="0"/>
        <w:jc w:val="center"/>
        <w:tblLook w:firstColumn="1" w:firstRow="1" w:lastColumn="0" w:lastRow="0" w:noHBand="0" w:noVBand="1" w:val="04A0"/>
        <w:bidiVisual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5046"/>
        <w:gridCol w:w="5046"/>
      </w:tblGrid>
      <w:tr>
        <w:tc>
          <w:tcPr>
            <w:tcW w:type="dxa" w:w="5046"/>
            <w:tcBorders>
              <w:bottom w:val="dotted" w:sz="6" w:color="8A8090"/>
            </w:tcBorders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color w:val="6B6170"/>
                <w:sz w:val="19"/>
                <w:rtl/>
                <w:szCs w:val="19"/>
              </w:rPr>
              <w:t>الطبيب:</w:t>
            </w:r>
          </w:p>
        </w:tc>
        <w:tc>
          <w:tcPr>
            <w:tcW w:type="dxa" w:w="5046"/>
            <w:tcBorders>
              <w:bottom w:val="dotted" w:sz="6" w:color="8A8090"/>
            </w:tcBorders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color w:val="6B6170"/>
                <w:sz w:val="19"/>
                <w:rtl/>
                <w:szCs w:val="19"/>
              </w:rPr>
              <w:t>التخصص:</w:t>
            </w:r>
          </w:p>
        </w:tc>
      </w:tr>
      <w:tr>
        <w:tc>
          <w:tcPr>
            <w:tcW w:type="dxa" w:w="5046"/>
            <w:tcBorders>
              <w:bottom w:val="dotted" w:sz="6" w:color="8A8090"/>
            </w:tcBorders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color w:val="6B6170"/>
                <w:sz w:val="19"/>
                <w:rtl/>
                <w:szCs w:val="19"/>
              </w:rPr>
              <w:t>المنشأة:</w:t>
            </w:r>
          </w:p>
        </w:tc>
        <w:tc>
          <w:tcPr>
            <w:tcW w:type="dxa" w:w="5046"/>
            <w:tcBorders>
              <w:bottom w:val="dotted" w:sz="6" w:color="8A8090"/>
            </w:tcBorders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color w:val="6B6170"/>
                <w:sz w:val="19"/>
                <w:rtl/>
                <w:szCs w:val="19"/>
              </w:rPr>
              <w:t>المدينة:</w:t>
            </w:r>
          </w:p>
        </w:tc>
      </w:tr>
    </w:tbl>
    <w:p>
      <w:pPr>
        <w:bidi/>
        <w:jc w:val="right"/>
      </w:pPr>
    </w:p>
    <w:p>
      <w:pPr>
        <w:keepNext/>
        <w:bidi/>
        <w:spacing w:before="200"/>
        <w:jc w:val="right"/>
      </w:pPr>
      <w:r>
        <w:rPr>
          <w:b/>
          <w:i w:val="0"/>
          <w:color w:val="5B2A6E"/>
          <w:sz w:val="24"/>
          <w:rtl/>
          <w:bCs/>
          <w:szCs w:val="24"/>
        </w:rPr>
        <w:t>من</w:t>
      </w:r>
    </w:p>
    <w:tbl>
      <w:tblPr>
        <w:tblW w:type="auto" w:w="0"/>
        <w:jc w:val="center"/>
        <w:tblLook w:firstColumn="1" w:firstRow="1" w:lastColumn="0" w:lastRow="0" w:noHBand="0" w:noVBand="1" w:val="04A0"/>
        <w:bidiVisual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5046"/>
        <w:gridCol w:w="5046"/>
      </w:tblGrid>
      <w:tr>
        <w:tc>
          <w:tcPr>
            <w:tcW w:type="dxa" w:w="5046"/>
            <w:tcBorders>
              <w:bottom w:val="dotted" w:sz="6" w:color="8A8090"/>
            </w:tcBorders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color w:val="6B6170"/>
                <w:sz w:val="19"/>
                <w:rtl/>
                <w:szCs w:val="19"/>
              </w:rPr>
              <w:t>الطبيب:</w:t>
            </w:r>
          </w:p>
        </w:tc>
        <w:tc>
          <w:tcPr>
            <w:tcW w:type="dxa" w:w="5046"/>
            <w:tcBorders>
              <w:bottom w:val="dotted" w:sz="6" w:color="8A8090"/>
            </w:tcBorders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color w:val="6B6170"/>
                <w:sz w:val="19"/>
                <w:rtl/>
                <w:szCs w:val="19"/>
              </w:rPr>
              <w:t>التخصص:</w:t>
            </w:r>
          </w:p>
        </w:tc>
      </w:tr>
      <w:tr>
        <w:tc>
          <w:tcPr>
            <w:tcW w:type="dxa" w:w="5046"/>
            <w:tcBorders>
              <w:bottom w:val="dotted" w:sz="6" w:color="8A8090"/>
            </w:tcBorders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color w:val="6B6170"/>
                <w:sz w:val="19"/>
                <w:rtl/>
                <w:szCs w:val="19"/>
              </w:rPr>
              <w:t>الهاتف أو واتساب للرد:</w:t>
            </w:r>
          </w:p>
        </w:tc>
        <w:tc>
          <w:tcPr>
            <w:tcW w:type="dxa" w:w="5046"/>
            <w:tcBorders>
              <w:bottom w:val="dotted" w:sz="6" w:color="8A8090"/>
            </w:tcBorders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color w:val="6B6170"/>
                <w:sz w:val="19"/>
                <w:rtl/>
                <w:szCs w:val="19"/>
              </w:rPr>
              <w:t>البريد الإلكتروني:</w:t>
            </w:r>
          </w:p>
        </w:tc>
      </w:tr>
    </w:tbl>
    <w:p>
      <w:pPr>
        <w:bidi/>
        <w:jc w:val="right"/>
      </w:pPr>
    </w:p>
    <w:p>
      <w:pPr>
        <w:keepNext/>
        <w:bidi/>
        <w:spacing w:before="200"/>
        <w:jc w:val="right"/>
      </w:pPr>
      <w:r>
        <w:rPr>
          <w:b/>
          <w:i w:val="0"/>
          <w:color w:val="5B2A6E"/>
          <w:sz w:val="24"/>
          <w:rtl/>
          <w:bCs/>
          <w:szCs w:val="24"/>
        </w:rPr>
        <w:t>المريض</w:t>
      </w:r>
    </w:p>
    <w:tbl>
      <w:tblPr>
        <w:tblW w:type="auto" w:w="0"/>
        <w:jc w:val="center"/>
        <w:tblLook w:firstColumn="1" w:firstRow="1" w:lastColumn="0" w:lastRow="0" w:noHBand="0" w:noVBand="1" w:val="04A0"/>
        <w:bidiVisual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364"/>
        <w:gridCol w:w="3364"/>
        <w:gridCol w:w="3364"/>
      </w:tblGrid>
      <w:tr>
        <w:tc>
          <w:tcPr>
            <w:tcW w:type="dxa" w:w="3364"/>
            <w:tcBorders>
              <w:bottom w:val="dotted" w:sz="6" w:color="8A8090"/>
            </w:tcBorders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color w:val="6B6170"/>
                <w:sz w:val="19"/>
                <w:rtl/>
                <w:szCs w:val="19"/>
              </w:rPr>
              <w:t>اسم المريض:</w:t>
            </w:r>
          </w:p>
        </w:tc>
        <w:tc>
          <w:tcPr>
            <w:tcW w:type="dxa" w:w="3364"/>
            <w:tcBorders>
              <w:bottom w:val="dotted" w:sz="6" w:color="8A8090"/>
            </w:tcBorders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color w:val="6B6170"/>
                <w:sz w:val="19"/>
                <w:rtl/>
                <w:szCs w:val="19"/>
              </w:rPr>
              <w:t>رقم الملف:</w:t>
            </w:r>
          </w:p>
        </w:tc>
        <w:tc>
          <w:tcPr>
            <w:tcW w:type="dxa" w:w="3364"/>
            <w:tcBorders>
              <w:bottom w:val="dotted" w:sz="6" w:color="8A8090"/>
            </w:tcBorders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color w:val="6B6170"/>
                <w:sz w:val="19"/>
                <w:rtl/>
                <w:szCs w:val="19"/>
              </w:rPr>
              <w:t>تاريخ الميلاد:</w:t>
            </w:r>
          </w:p>
        </w:tc>
      </w:tr>
      <w:tr>
        <w:tc>
          <w:tcPr>
            <w:tcW w:type="dxa" w:w="3364"/>
            <w:tcBorders>
              <w:bottom w:val="dotted" w:sz="6" w:color="8A8090"/>
            </w:tcBorders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color w:val="6B6170"/>
                <w:sz w:val="19"/>
                <w:rtl/>
                <w:szCs w:val="19"/>
              </w:rPr>
              <w:t>الهاتف:</w:t>
            </w:r>
          </w:p>
        </w:tc>
        <w:tc>
          <w:tcPr>
            <w:tcW w:type="dxa" w:w="3364"/>
            <w:tcBorders>
              <w:bottom w:val="dotted" w:sz="6" w:color="8A8090"/>
            </w:tcBorders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color w:val="6B6170"/>
                <w:sz w:val="19"/>
                <w:rtl/>
                <w:szCs w:val="19"/>
              </w:rPr>
              <w:t>التاريخ:</w:t>
            </w:r>
          </w:p>
        </w:tc>
        <w:tc>
          <w:tcPr>
            <w:tcW w:type="dxa" w:w="3364"/>
            <w:tcBorders>
              <w:bottom w:val="dotted" w:sz="6" w:color="8A8090"/>
            </w:tcBorders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color w:val="6B6170"/>
                <w:sz w:val="19"/>
                <w:rtl/>
                <w:szCs w:val="19"/>
              </w:rPr>
              <w:t>الطبيب:</w:t>
            </w:r>
          </w:p>
        </w:tc>
      </w:tr>
    </w:tbl>
    <w:p>
      <w:pPr>
        <w:bidi/>
        <w:jc w:val="right"/>
      </w:pPr>
    </w:p>
    <w:p>
      <w:pPr>
        <w:bidi/>
        <w:jc w:val="right"/>
      </w:pPr>
      <w:r>
        <w:rPr>
          <w:b/>
          <w:i w:val="0"/>
          <w:rtl/>
          <w:bCs/>
        </w:rPr>
        <w:t xml:space="preserve">الأولوية   </w:t>
      </w:r>
      <w:r>
        <w:rPr>
          <w:b w:val="0"/>
          <w:i w:val="0"/>
          <w:rtl/>
        </w:rPr>
        <w:t>☐ روتيني    ☐ قريبًا    ☐ عاجل</w:t>
      </w:r>
    </w:p>
    <w:p>
      <w:pPr>
        <w:keepNext/>
        <w:bidi/>
        <w:spacing w:before="200"/>
        <w:jc w:val="right"/>
      </w:pPr>
      <w:r>
        <w:rPr>
          <w:b/>
          <w:i w:val="0"/>
          <w:color w:val="5B2A6E"/>
          <w:sz w:val="24"/>
          <w:rtl/>
          <w:bCs/>
          <w:szCs w:val="24"/>
        </w:rPr>
        <w:t>سبب التحويل</w:t>
      </w:r>
    </w:p>
    <w:p>
      <w:pPr>
        <w:bidi/>
        <w:jc w:val="right"/>
        <w:pBdr>
          <w:bottom w:val="dotted" w:sz="6" w:color="8A8090"/>
        </w:pBdr>
      </w:pPr>
    </w:p>
    <w:p>
      <w:pPr>
        <w:bidi/>
        <w:jc w:val="right"/>
        <w:pBdr>
          <w:bottom w:val="dotted" w:sz="6" w:color="8A8090"/>
        </w:pBdr>
      </w:pPr>
    </w:p>
    <w:p>
      <w:pPr>
        <w:keepNext/>
        <w:bidi/>
        <w:spacing w:before="200"/>
        <w:jc w:val="right"/>
      </w:pPr>
      <w:r>
        <w:rPr>
          <w:b/>
          <w:i w:val="0"/>
          <w:color w:val="5B2A6E"/>
          <w:sz w:val="24"/>
          <w:rtl/>
          <w:bCs/>
          <w:szCs w:val="24"/>
        </w:rPr>
        <w:t>التاريخ المرضي والنتائج ذات الصلة</w:t>
      </w:r>
    </w:p>
    <w:p>
      <w:pPr>
        <w:bidi/>
        <w:jc w:val="right"/>
        <w:pBdr>
          <w:bottom w:val="dotted" w:sz="6" w:color="8A8090"/>
        </w:pBdr>
      </w:pPr>
    </w:p>
    <w:p>
      <w:pPr>
        <w:bidi/>
        <w:jc w:val="right"/>
        <w:pBdr>
          <w:bottom w:val="dotted" w:sz="6" w:color="8A8090"/>
        </w:pBdr>
      </w:pPr>
    </w:p>
    <w:p>
      <w:pPr>
        <w:bidi/>
        <w:jc w:val="right"/>
        <w:pBdr>
          <w:bottom w:val="dotted" w:sz="6" w:color="8A8090"/>
        </w:pBdr>
      </w:pPr>
    </w:p>
    <w:p>
      <w:pPr>
        <w:keepNext/>
        <w:bidi/>
        <w:spacing w:before="200"/>
        <w:jc w:val="right"/>
      </w:pPr>
      <w:r>
        <w:rPr>
          <w:b/>
          <w:i w:val="0"/>
          <w:color w:val="5B2A6E"/>
          <w:sz w:val="24"/>
          <w:rtl/>
          <w:bCs/>
          <w:szCs w:val="24"/>
        </w:rPr>
        <w:t>الفحوصات المرفقة</w:t>
      </w:r>
    </w:p>
    <w:tbl>
      <w:tblPr>
        <w:tblW w:type="auto" w:w="0"/>
        <w:jc w:val="center"/>
        <w:tblLook w:firstColumn="1" w:firstRow="1" w:lastColumn="0" w:lastRow="0" w:noHBand="0" w:noVBand="1" w:val="04A0"/>
        <w:bidiVisual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364"/>
        <w:gridCol w:w="3364"/>
        <w:gridCol w:w="3364"/>
      </w:tblGrid>
      <w:tr>
        <w:tc>
          <w:tcPr>
            <w:tcW w:type="dxa" w:w="3364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rtl/>
              </w:rPr>
              <w:t>☐ تحاليل</w:t>
            </w:r>
          </w:p>
        </w:tc>
        <w:tc>
          <w:tcPr>
            <w:tcW w:type="dxa" w:w="3364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rtl/>
              </w:rPr>
              <w:t>☐ أشعة</w:t>
            </w:r>
          </w:p>
        </w:tc>
        <w:tc>
          <w:tcPr>
            <w:tcW w:type="dxa" w:w="3364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rtl/>
              </w:rPr>
              <w:t>☐ تقرير</w:t>
            </w:r>
          </w:p>
        </w:tc>
      </w:tr>
      <w:tr>
        <w:tc>
          <w:tcPr>
            <w:tcW w:type="dxa" w:w="3364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rtl/>
              </w:rPr>
              <w:t>☐ صور</w:t>
            </w:r>
          </w:p>
        </w:tc>
        <w:tc>
          <w:tcPr>
            <w:tcW w:type="dxa" w:w="3364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rtl/>
              </w:rPr>
              <w:t>☐ تخطيط القلب</w:t>
            </w:r>
          </w:p>
        </w:tc>
        <w:tc>
          <w:tcPr>
            <w:tcW w:type="dxa" w:w="3364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rtl/>
              </w:rPr>
              <w:t>☐ أخرى:</w:t>
            </w:r>
          </w:p>
        </w:tc>
      </w:tr>
    </w:tbl>
    <w:p>
      <w:pPr>
        <w:bidi/>
        <w:jc w:val="right"/>
        <w:pBdr>
          <w:bottom w:val="dotted" w:sz="6" w:color="8A8090"/>
        </w:pBdr>
      </w:pPr>
    </w:p>
    <w:tbl>
      <w:tblPr>
        <w:tblW w:type="auto" w:w="0"/>
        <w:jc w:val="center"/>
        <w:tblLook w:firstColumn="1" w:firstRow="1" w:lastColumn="0" w:lastRow="0" w:noHBand="0" w:noVBand="1" w:val="04A0"/>
        <w:bidiVisual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5046"/>
        <w:gridCol w:w="5046"/>
      </w:tblGrid>
      <w:tr>
        <w:tc>
          <w:tcPr>
            <w:tcW w:type="dxa" w:w="5046"/>
            <w:tcBorders>
              <w:bottom w:val="dotted" w:sz="6" w:color="8A8090"/>
            </w:tcBorders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color w:val="6B6170"/>
                <w:sz w:val="19"/>
                <w:rtl/>
                <w:szCs w:val="19"/>
              </w:rPr>
              <w:t>الأدوية الحالية:</w:t>
            </w:r>
          </w:p>
        </w:tc>
        <w:tc>
          <w:tcPr>
            <w:tcW w:type="dxa" w:w="5046"/>
            <w:tcBorders>
              <w:bottom w:val="dotted" w:sz="6" w:color="8A8090"/>
            </w:tcBorders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color w:val="6B6170"/>
                <w:sz w:val="19"/>
                <w:rtl/>
                <w:szCs w:val="19"/>
              </w:rPr>
              <w:t>الحساسية:</w:t>
            </w:r>
          </w:p>
        </w:tc>
      </w:tr>
    </w:tbl>
    <w:p>
      <w:pPr>
        <w:bidi/>
        <w:jc w:val="right"/>
      </w:pPr>
    </w:p>
    <w:p>
      <w:pPr>
        <w:keepNext/>
        <w:bidi/>
        <w:spacing w:before="200"/>
        <w:jc w:val="right"/>
      </w:pPr>
      <w:r>
        <w:rPr>
          <w:b/>
          <w:i w:val="0"/>
          <w:color w:val="5B2A6E"/>
          <w:sz w:val="24"/>
          <w:rtl/>
          <w:bCs/>
          <w:szCs w:val="24"/>
        </w:rPr>
        <w:t>ما نطلبه منكم</w:t>
      </w:r>
    </w:p>
    <w:tbl>
      <w:tblPr>
        <w:tblW w:type="auto" w:w="0"/>
        <w:jc w:val="center"/>
        <w:tblLook w:firstColumn="1" w:firstRow="1" w:lastColumn="0" w:lastRow="0" w:noHBand="0" w:noVBand="1" w:val="04A0"/>
        <w:bidiVisual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0092"/>
      </w:tblGrid>
      <w:tr>
        <w:tc>
          <w:tcPr>
            <w:tcW w:type="dxa" w:w="10092"/>
            <w:tcBorders>
              <w:bottom w:val="dotted" w:sz="6" w:color="8A8090"/>
            </w:tcBorders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color w:val="6B6170"/>
                <w:sz w:val="19"/>
                <w:rtl/>
                <w:szCs w:val="19"/>
              </w:rPr>
              <w:t>السؤال المحدد أو الإجراء المطلوب:</w:t>
            </w:r>
          </w:p>
        </w:tc>
      </w:tr>
    </w:tbl>
    <w:p>
      <w:pPr>
        <w:bidi/>
        <w:jc w:val="right"/>
      </w:pPr>
    </w:p>
    <w:p>
      <w:pPr>
        <w:bidi/>
        <w:jc w:val="right"/>
        <w:pBdr>
          <w:bottom w:val="dotted" w:sz="6" w:color="8A8090"/>
        </w:pBdr>
      </w:pPr>
    </w:p>
    <w:p>
      <w:pPr>
        <w:bidi/>
        <w:jc w:val="right"/>
      </w:pPr>
      <w:r>
        <w:rPr>
          <w:b/>
          <w:i w:val="0"/>
          <w:rtl/>
          <w:bCs/>
        </w:rPr>
        <w:t xml:space="preserve">بعد رؤيتكم للمريض   </w:t>
      </w:r>
      <w:r>
        <w:rPr>
          <w:b w:val="0"/>
          <w:i w:val="0"/>
          <w:rtl/>
        </w:rPr>
        <w:t>☐ يعود إلينا للمتابعة    ☐ يبقى تحت رعايتكم    ☐ رأي فقط</w:t>
      </w:r>
    </w:p>
    <w:p>
      <w:pPr>
        <w:bidi/>
        <w:jc w:val="right"/>
      </w:pPr>
      <w:r>
        <w:rPr>
          <w:b w:val="0"/>
          <w:i w:val="0"/>
          <w:color w:val="6B6170"/>
          <w:sz w:val="17"/>
          <w:rtl/>
          <w:szCs w:val="17"/>
        </w:rPr>
        <w:t>نرجو إفادتنا بالنتيجة على ورقة الرد في الصفحة الثانية.</w:t>
      </w:r>
    </w:p>
    <w:p>
      <w:pPr>
        <w:bidi/>
        <w:jc w:val="right"/>
      </w:pPr>
    </w:p>
    <w:tbl>
      <w:tblPr>
        <w:tblW w:type="auto" w:w="0"/>
        <w:jc w:val="center"/>
        <w:tblLook w:firstColumn="1" w:firstRow="1" w:lastColumn="0" w:lastRow="0" w:noHBand="0" w:noVBand="1" w:val="04A0"/>
        <w:bidiVisual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5046"/>
        <w:gridCol w:w="5046"/>
      </w:tblGrid>
      <w:tr>
        <w:trPr>
          <w:trHeight w:val="680"/>
        </w:trPr>
        <w:tc>
          <w:tcPr>
            <w:tcW w:type="dxa" w:w="5046"/>
            <w:tcBorders>
              <w:bottom w:val="single" w:sz="6" w:color="8A8090"/>
            </w:tcBorders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rtl/>
              </w:rPr>
              <w:t xml:space="preserve"> </w:t>
            </w:r>
          </w:p>
        </w:tc>
        <w:tc>
          <w:tcPr>
            <w:tcW w:type="dxa" w:w="5046"/>
            <w:tcBorders>
              <w:bottom w:val="single" w:sz="6" w:color="8A8090"/>
            </w:tcBorders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rtl/>
              </w:rPr>
              <w:t xml:space="preserve"> </w:t>
            </w:r>
          </w:p>
        </w:tc>
      </w:tr>
      <w:tr>
        <w:tc>
          <w:tcPr>
            <w:tcW w:type="dxa" w:w="5046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color w:val="6B6170"/>
                <w:sz w:val="18"/>
                <w:rtl/>
                <w:szCs w:val="18"/>
              </w:rPr>
              <w:t>اسم الطبيب المحوِّل وتوقيعه</w:t>
            </w:r>
          </w:p>
        </w:tc>
        <w:tc>
          <w:tcPr>
            <w:tcW w:type="dxa" w:w="5046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color w:val="6B6170"/>
                <w:sz w:val="18"/>
                <w:rtl/>
                <w:szCs w:val="18"/>
              </w:rPr>
              <w:t>الختم</w:t>
            </w:r>
          </w:p>
        </w:tc>
      </w:tr>
    </w:tbl>
    <w:p>
      <w:r>
        <w:br w:type="page"/>
      </w:r>
    </w:p>
    <w:p>
      <w:pPr>
        <w:bidi/>
        <w:jc w:val="right"/>
      </w:pPr>
      <w:r>
        <w:rPr>
          <w:b w:val="0"/>
          <w:i w:val="0"/>
          <w:color w:val="6B6170"/>
          <w:sz w:val="17"/>
          <w:rtl/>
          <w:szCs w:val="17"/>
        </w:rPr>
        <w:t>- - - - - - - - - - - - - -   ✂ يُفصل ويُعاد إلى الطبيب المحوِّل   - - - - - - - - - - - - - -</w:t>
      </w:r>
    </w:p>
    <w:p>
      <w:pPr>
        <w:bidi/>
        <w:jc w:val="right"/>
      </w:pPr>
      <w:r>
        <w:rPr>
          <w:b/>
          <w:i w:val="0"/>
          <w:color w:val="5B2A6E"/>
          <w:sz w:val="33"/>
          <w:rtl/>
          <w:bCs/>
          <w:szCs w:val="33"/>
        </w:rPr>
        <w:t>رد التحويل</w:t>
      </w:r>
    </w:p>
    <w:p>
      <w:pPr>
        <w:bidi/>
        <w:jc w:val="right"/>
      </w:pPr>
      <w:r>
        <w:rPr>
          <w:b w:val="0"/>
          <w:i w:val="0"/>
          <w:color w:val="6B6170"/>
          <w:sz w:val="19"/>
          <w:rtl/>
          <w:szCs w:val="19"/>
        </w:rPr>
        <w:t>يملؤه الطبيب المستقبِل ويعيده إلى الطبيب المحوِّل.</w:t>
      </w:r>
    </w:p>
    <w:tbl>
      <w:tblPr>
        <w:tblW w:type="auto" w:w="0"/>
        <w:jc w:val="center"/>
        <w:tblLook w:firstColumn="1" w:firstRow="1" w:lastColumn="0" w:lastRow="0" w:noHBand="0" w:noVBand="1" w:val="04A0"/>
        <w:bidiVisual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5046"/>
        <w:gridCol w:w="5046"/>
      </w:tblGrid>
      <w:tr>
        <w:tc>
          <w:tcPr>
            <w:tcW w:type="dxa" w:w="5046"/>
            <w:tcBorders>
              <w:bottom w:val="dotted" w:sz="6" w:color="8A8090"/>
            </w:tcBorders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color w:val="6B6170"/>
                <w:sz w:val="19"/>
                <w:rtl/>
                <w:szCs w:val="19"/>
              </w:rPr>
              <w:t>إلى (الطبيب المحوِّل):</w:t>
            </w:r>
          </w:p>
        </w:tc>
        <w:tc>
          <w:tcPr>
            <w:tcW w:type="dxa" w:w="5046"/>
            <w:tcBorders>
              <w:bottom w:val="dotted" w:sz="6" w:color="8A8090"/>
            </w:tcBorders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color w:val="6B6170"/>
                <w:sz w:val="19"/>
                <w:rtl/>
                <w:szCs w:val="19"/>
              </w:rPr>
              <w:t>رقم التحويل:</w:t>
            </w:r>
          </w:p>
        </w:tc>
      </w:tr>
      <w:tr>
        <w:tc>
          <w:tcPr>
            <w:tcW w:type="dxa" w:w="5046"/>
            <w:tcBorders>
              <w:bottom w:val="dotted" w:sz="6" w:color="8A8090"/>
            </w:tcBorders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color w:val="6B6170"/>
                <w:sz w:val="19"/>
                <w:rtl/>
                <w:szCs w:val="19"/>
              </w:rPr>
              <w:t>اسم المريض:</w:t>
            </w:r>
          </w:p>
        </w:tc>
        <w:tc>
          <w:tcPr>
            <w:tcW w:type="dxa" w:w="5046"/>
            <w:tcBorders>
              <w:bottom w:val="dotted" w:sz="6" w:color="8A8090"/>
            </w:tcBorders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color w:val="6B6170"/>
                <w:sz w:val="19"/>
                <w:rtl/>
                <w:szCs w:val="19"/>
              </w:rPr>
              <w:t>رقم الملف:</w:t>
            </w:r>
          </w:p>
        </w:tc>
      </w:tr>
      <w:tr>
        <w:tc>
          <w:tcPr>
            <w:tcW w:type="dxa" w:w="5046"/>
            <w:tcBorders>
              <w:bottom w:val="dotted" w:sz="6" w:color="8A8090"/>
            </w:tcBorders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color w:val="6B6170"/>
                <w:sz w:val="19"/>
                <w:rtl/>
                <w:szCs w:val="19"/>
              </w:rPr>
              <w:t>رُئي بتاريخ:</w:t>
            </w:r>
          </w:p>
        </w:tc>
        <w:tc>
          <w:tcPr>
            <w:tcW w:type="dxa" w:w="5046"/>
            <w:tcBorders>
              <w:bottom w:val="dotted" w:sz="6" w:color="8A8090"/>
            </w:tcBorders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color w:val="6B6170"/>
                <w:sz w:val="19"/>
                <w:rtl/>
                <w:szCs w:val="19"/>
              </w:rPr>
              <w:t>بواسطة:</w:t>
            </w:r>
          </w:p>
        </w:tc>
      </w:tr>
    </w:tbl>
    <w:p>
      <w:pPr>
        <w:bidi/>
        <w:jc w:val="right"/>
      </w:pPr>
    </w:p>
    <w:p>
      <w:pPr>
        <w:keepNext/>
        <w:bidi/>
        <w:spacing w:before="200"/>
        <w:jc w:val="right"/>
      </w:pPr>
      <w:r>
        <w:rPr>
          <w:b/>
          <w:i w:val="0"/>
          <w:color w:val="5B2A6E"/>
          <w:sz w:val="24"/>
          <w:rtl/>
          <w:bCs/>
          <w:szCs w:val="24"/>
        </w:rPr>
        <w:t>النتائج</w:t>
      </w:r>
    </w:p>
    <w:p>
      <w:pPr>
        <w:bidi/>
        <w:jc w:val="right"/>
        <w:pBdr>
          <w:bottom w:val="dotted" w:sz="6" w:color="8A8090"/>
        </w:pBdr>
      </w:pPr>
    </w:p>
    <w:p>
      <w:pPr>
        <w:bidi/>
        <w:jc w:val="right"/>
        <w:pBdr>
          <w:bottom w:val="dotted" w:sz="6" w:color="8A8090"/>
        </w:pBdr>
      </w:pPr>
    </w:p>
    <w:p>
      <w:pPr>
        <w:bidi/>
        <w:jc w:val="right"/>
        <w:pBdr>
          <w:bottom w:val="dotted" w:sz="6" w:color="8A8090"/>
        </w:pBdr>
      </w:pPr>
    </w:p>
    <w:tbl>
      <w:tblPr>
        <w:tblW w:type="auto" w:w="0"/>
        <w:jc w:val="center"/>
        <w:tblLook w:firstColumn="1" w:firstRow="1" w:lastColumn="0" w:lastRow="0" w:noHBand="0" w:noVBand="1" w:val="04A0"/>
        <w:bidiVisual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0092"/>
      </w:tblGrid>
      <w:tr>
        <w:tc>
          <w:tcPr>
            <w:tcW w:type="dxa" w:w="10092"/>
            <w:tcBorders>
              <w:bottom w:val="dotted" w:sz="6" w:color="8A8090"/>
            </w:tcBorders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color w:val="6B6170"/>
                <w:sz w:val="19"/>
                <w:rtl/>
                <w:szCs w:val="19"/>
              </w:rPr>
              <w:t>التشخيص:</w:t>
            </w:r>
          </w:p>
        </w:tc>
      </w:tr>
    </w:tbl>
    <w:p>
      <w:pPr>
        <w:bidi/>
        <w:jc w:val="right"/>
      </w:pPr>
    </w:p>
    <w:p>
      <w:pPr>
        <w:keepNext/>
        <w:bidi/>
        <w:spacing w:before="200"/>
        <w:jc w:val="right"/>
      </w:pPr>
      <w:r>
        <w:rPr>
          <w:b/>
          <w:i w:val="0"/>
          <w:color w:val="5B2A6E"/>
          <w:sz w:val="24"/>
          <w:rtl/>
          <w:bCs/>
          <w:szCs w:val="24"/>
        </w:rPr>
        <w:t>العلاج المقدَّم أو المخطط</w:t>
      </w:r>
    </w:p>
    <w:p>
      <w:pPr>
        <w:bidi/>
        <w:jc w:val="right"/>
        <w:pBdr>
          <w:bottom w:val="dotted" w:sz="6" w:color="8A8090"/>
        </w:pBdr>
      </w:pPr>
    </w:p>
    <w:p>
      <w:pPr>
        <w:bidi/>
        <w:jc w:val="right"/>
        <w:pBdr>
          <w:bottom w:val="dotted" w:sz="6" w:color="8A8090"/>
        </w:pBdr>
      </w:pPr>
    </w:p>
    <w:p>
      <w:pPr>
        <w:bidi/>
        <w:jc w:val="right"/>
        <w:pBdr>
          <w:bottom w:val="dotted" w:sz="6" w:color="8A8090"/>
        </w:pBdr>
      </w:pPr>
    </w:p>
    <w:p>
      <w:pPr>
        <w:keepNext/>
        <w:bidi/>
        <w:spacing w:before="200"/>
        <w:jc w:val="right"/>
      </w:pPr>
      <w:r>
        <w:rPr>
          <w:b/>
          <w:i w:val="0"/>
          <w:color w:val="5B2A6E"/>
          <w:sz w:val="24"/>
          <w:rtl/>
          <w:bCs/>
          <w:szCs w:val="24"/>
        </w:rPr>
        <w:t>توصيات للطبيب المحوِّل</w:t>
      </w:r>
    </w:p>
    <w:p>
      <w:pPr>
        <w:bidi/>
        <w:jc w:val="right"/>
        <w:pBdr>
          <w:bottom w:val="dotted" w:sz="6" w:color="8A8090"/>
        </w:pBdr>
      </w:pPr>
    </w:p>
    <w:p>
      <w:pPr>
        <w:bidi/>
        <w:jc w:val="right"/>
        <w:pBdr>
          <w:bottom w:val="dotted" w:sz="6" w:color="8A8090"/>
        </w:pBdr>
      </w:pPr>
    </w:p>
    <w:p>
      <w:pPr>
        <w:bidi/>
        <w:jc w:val="right"/>
        <w:pBdr>
          <w:bottom w:val="dotted" w:sz="6" w:color="8A8090"/>
        </w:pBdr>
      </w:pPr>
    </w:p>
    <w:p>
      <w:pPr>
        <w:bidi/>
        <w:jc w:val="right"/>
      </w:pPr>
      <w:r>
        <w:rPr>
          <w:b/>
          <w:i w:val="0"/>
          <w:rtl/>
          <w:bCs/>
        </w:rPr>
        <w:t xml:space="preserve">المتابعة لدى   </w:t>
      </w:r>
      <w:r>
        <w:rPr>
          <w:b w:val="0"/>
          <w:i w:val="0"/>
          <w:rtl/>
        </w:rPr>
        <w:t>☐ الطبيب المحوِّل    ☐ لدينا    ☐ الاثنين    ☐ لا يلزم</w:t>
      </w:r>
    </w:p>
    <w:tbl>
      <w:tblPr>
        <w:tblW w:type="auto" w:w="0"/>
        <w:jc w:val="center"/>
        <w:tblLook w:firstColumn="1" w:firstRow="1" w:lastColumn="0" w:lastRow="0" w:noHBand="0" w:noVBand="1" w:val="04A0"/>
        <w:bidiVisual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5046"/>
        <w:gridCol w:w="5046"/>
      </w:tblGrid>
      <w:tr>
        <w:tc>
          <w:tcPr>
            <w:tcW w:type="dxa" w:w="5046"/>
            <w:tcBorders>
              <w:bottom w:val="dotted" w:sz="6" w:color="8A8090"/>
            </w:tcBorders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color w:val="6B6170"/>
                <w:sz w:val="19"/>
                <w:rtl/>
                <w:szCs w:val="19"/>
              </w:rPr>
              <w:t>موعد المتابعة:</w:t>
            </w:r>
          </w:p>
        </w:tc>
        <w:tc>
          <w:tcPr>
            <w:tcW w:type="dxa" w:w="5046"/>
            <w:tcBorders>
              <w:bottom w:val="dotted" w:sz="6" w:color="8A8090"/>
            </w:tcBorders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color w:val="6B6170"/>
                <w:sz w:val="19"/>
                <w:rtl/>
                <w:szCs w:val="19"/>
              </w:rPr>
              <w:t>الهاتف للتواصل:</w:t>
            </w:r>
          </w:p>
        </w:tc>
      </w:tr>
    </w:tbl>
    <w:p>
      <w:pPr>
        <w:bidi/>
        <w:jc w:val="right"/>
      </w:pPr>
    </w:p>
    <w:p>
      <w:pPr>
        <w:bidi/>
        <w:jc w:val="right"/>
      </w:pPr>
    </w:p>
    <w:tbl>
      <w:tblPr>
        <w:tblW w:type="auto" w:w="0"/>
        <w:jc w:val="center"/>
        <w:tblLook w:firstColumn="1" w:firstRow="1" w:lastColumn="0" w:lastRow="0" w:noHBand="0" w:noVBand="1" w:val="04A0"/>
        <w:bidiVisual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364"/>
        <w:gridCol w:w="3364"/>
        <w:gridCol w:w="3364"/>
      </w:tblGrid>
      <w:tr>
        <w:trPr>
          <w:trHeight w:val="680"/>
        </w:trPr>
        <w:tc>
          <w:tcPr>
            <w:tcW w:type="dxa" w:w="3364"/>
            <w:tcBorders>
              <w:bottom w:val="single" w:sz="6" w:color="8A8090"/>
            </w:tcBorders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rtl/>
              </w:rPr>
              <w:t xml:space="preserve"> </w:t>
            </w:r>
          </w:p>
        </w:tc>
        <w:tc>
          <w:tcPr>
            <w:tcW w:type="dxa" w:w="3364"/>
            <w:tcBorders>
              <w:bottom w:val="single" w:sz="6" w:color="8A8090"/>
            </w:tcBorders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rtl/>
              </w:rPr>
              <w:t xml:space="preserve"> </w:t>
            </w:r>
          </w:p>
        </w:tc>
        <w:tc>
          <w:tcPr>
            <w:tcW w:type="dxa" w:w="3364"/>
            <w:tcBorders>
              <w:bottom w:val="single" w:sz="6" w:color="8A8090"/>
            </w:tcBorders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rtl/>
              </w:rPr>
              <w:t xml:space="preserve"> </w:t>
            </w:r>
          </w:p>
        </w:tc>
      </w:tr>
      <w:tr>
        <w:tc>
          <w:tcPr>
            <w:tcW w:type="dxa" w:w="3364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color w:val="6B6170"/>
                <w:sz w:val="18"/>
                <w:rtl/>
                <w:szCs w:val="18"/>
              </w:rPr>
              <w:t>اسم الطبيب وتوقيعه</w:t>
            </w:r>
          </w:p>
        </w:tc>
        <w:tc>
          <w:tcPr>
            <w:tcW w:type="dxa" w:w="3364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color w:val="6B6170"/>
                <w:sz w:val="18"/>
                <w:rtl/>
                <w:szCs w:val="18"/>
              </w:rPr>
              <w:t>الختم</w:t>
            </w:r>
          </w:p>
        </w:tc>
        <w:tc>
          <w:tcPr>
            <w:tcW w:type="dxa" w:w="3364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color w:val="6B6170"/>
                <w:sz w:val="18"/>
                <w:rtl/>
                <w:szCs w:val="18"/>
              </w:rPr>
              <w:t>التاريخ</w:t>
            </w:r>
          </w:p>
        </w:tc>
      </w:tr>
    </w:tbl>
    <w:p>
      <w:pPr>
        <w:bidi/>
        <w:spacing w:before="240"/>
        <w:jc w:val="right"/>
      </w:pPr>
      <w:r>
        <w:rPr>
          <w:b w:val="0"/>
          <w:i w:val="0"/>
          <w:color w:val="6B6170"/>
          <w:sz w:val="16"/>
          <w:rtl/>
          <w:szCs w:val="16"/>
        </w:rPr>
        <w:t xml:space="preserve">في ميديكولايز يُحفظ هذا المستند على ملف المريض: </w:t>
      </w:r>
      <w:hyperlink r:id="rId9">
        <w:r>
          <w:rPr>
            <w:color w:val="5B2A6E"/>
            <w:u w:val="single"/>
            <w:sz w:val="16"/>
          </w:rPr>
          <w:t>medicolize.com</w:t>
        </w:r>
      </w:hyperlink>
    </w:p>
    <w:sectPr w:rsidR="00FC693F" w:rsidRPr="0006063C" w:rsidSect="00034616">
      <w:footerReference w:type="default" r:id="rId10"/>
      <w:pgSz w:w="11906" w:h="16838"/>
      <w:pgMar w:top="794" w:right="907" w:bottom="907" w:left="907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rPr>
        <w:b w:val="0"/>
        <w:i w:val="0"/>
        <w:color w:val="6B6170"/>
        <w:sz w:val="15"/>
        <w:rtl/>
        <w:szCs w:val="15"/>
      </w:rPr>
      <w:t xml:space="preserve">نموذج من ميديكولايز   ·   </w:t>
    </w: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Arial" w:hAnsi="Arial" w:cs="Arial" w:eastAsia="Arial"/>
      <w:sz w:val="21"/>
      <w:szCs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medicolize.com/ar/demo/?utm_source=template&amp;utm_medium=download&amp;utm_content=referral-letter" TargetMode="Externa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referral-letter</dc:title>
  <dc:subject/>
  <dc:creator>Medicolize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