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47"/>
        <w:gridCol w:w="5046"/>
      </w:tblGrid>
      <w:tr>
        <w:tc>
          <w:tcPr>
            <w:tcW w:type="dxa" w:w="1247"/>
            <w:tcBorders>
              <w:top w:val="dashed" w:sz="6" w:color="B3ABB9"/>
              <w:left w:val="dashed" w:sz="6" w:color="B3ABB9"/>
              <w:bottom w:val="dashed" w:sz="6" w:color="B3ABB9"/>
              <w:right w:val="dashed" w:sz="6" w:color="B3ABB9"/>
            </w:tcBorders>
          </w:tcPr>
          <w:p>
            <w:r/>
            <w:r>
              <w:rPr>
                <w:b w:val="0"/>
                <w:i w:val="0"/>
                <w:color w:val="6B6170"/>
                <w:sz w:val="16"/>
              </w:rPr>
              <w:t>Logo</w:t>
            </w:r>
          </w:p>
        </w:tc>
        <w:tc>
          <w:tcPr>
            <w:tcW w:type="dxa" w:w="8504"/>
          </w:tcPr>
          <w:p>
            <w:r/>
            <w:r>
              <w:rPr>
                <w:b/>
                <w:i w:val="0"/>
                <w:color w:val="5B2A6E"/>
                <w:sz w:val="30"/>
              </w:rPr>
              <w:t>Clinic name</w:t>
            </w:r>
          </w:p>
          <w:p>
            <w:r>
              <w:rPr>
                <w:b w:val="0"/>
                <w:i w:val="0"/>
                <w:color w:val="6B6170"/>
                <w:sz w:val="17"/>
              </w:rPr>
              <w:t>Address · Phone · Licence no.</w:t>
            </w:r>
          </w:p>
        </w:tc>
      </w:tr>
    </w:tbl>
    <w:p>
      <w:pPr>
        <w:pBdr>
          <w:bottom w:val="single" w:sz="12" w:color="5B2A6E"/>
        </w:pBdr>
      </w:pPr>
    </w:p>
    <w:p>
      <w:r>
        <w:rPr>
          <w:b/>
          <w:i w:val="0"/>
          <w:color w:val="5B2A6E"/>
          <w:sz w:val="33"/>
        </w:rPr>
        <w:t>Patient details and medical history</w:t>
      </w:r>
    </w:p>
    <w:p>
      <w:r>
        <w:rPr>
          <w:b w:val="0"/>
          <w:i w:val="0"/>
          <w:color w:val="6B6170"/>
          <w:sz w:val="19"/>
        </w:rPr>
        <w:t>Please fill this in before your first visit. What you write stays in your file at the clinic.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Office use: file no.: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Date:</w:t>
            </w:r>
          </w:p>
        </w:tc>
      </w:tr>
    </w:tbl>
    <w:p/>
    <w:p>
      <w:pPr>
        <w:keepNext/>
        <w:spacing w:before="200"/>
      </w:pPr>
      <w:r>
        <w:rPr>
          <w:b/>
          <w:i w:val="0"/>
          <w:color w:val="5B2A6E"/>
          <w:sz w:val="24"/>
        </w:rPr>
        <w:t>About you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Full name: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Date of birth:</w:t>
            </w:r>
          </w:p>
        </w:tc>
      </w:tr>
      <w:tr>
        <w:tc>
          <w:tcPr>
            <w:tcW w:type="dxa" w:w="5046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ID or residence no.: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Nationality:</w:t>
            </w:r>
          </w:p>
        </w:tc>
      </w:tr>
      <w:tr>
        <w:tc>
          <w:tcPr>
            <w:tcW w:type="dxa" w:w="5046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Mobile: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WhatsApp, if different:</w:t>
            </w:r>
          </w:p>
        </w:tc>
      </w:tr>
      <w:tr>
        <w:tc>
          <w:tcPr>
            <w:tcW w:type="dxa" w:w="5046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Email: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City and district:</w:t>
            </w:r>
          </w:p>
        </w:tc>
      </w:tr>
    </w:tbl>
    <w:p/>
    <w:p>
      <w:r>
        <w:rPr>
          <w:b/>
          <w:i w:val="0"/>
        </w:rPr>
        <w:t xml:space="preserve">Sex   </w:t>
      </w:r>
      <w:r>
        <w:rPr>
          <w:b w:val="0"/>
          <w:i w:val="0"/>
        </w:rPr>
        <w:t>☐ Male    ☐ Female</w:t>
      </w:r>
    </w:p>
    <w:p>
      <w:r>
        <w:rPr>
          <w:b/>
          <w:i w:val="0"/>
        </w:rPr>
        <w:t xml:space="preserve">Preferred language   </w:t>
      </w:r>
      <w:r>
        <w:rPr>
          <w:b w:val="0"/>
          <w:i w:val="0"/>
        </w:rPr>
        <w:t>☐ Arabic    ☐ English    ☐ Other</w:t>
      </w:r>
    </w:p>
    <w:p>
      <w:pPr>
        <w:keepNext/>
        <w:spacing w:before="200"/>
      </w:pPr>
      <w:r>
        <w:rPr>
          <w:b/>
          <w:i w:val="0"/>
          <w:color w:val="5B2A6E"/>
          <w:sz w:val="24"/>
        </w:rPr>
        <w:t>Emergency contact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364"/>
        <w:gridCol w:w="3364"/>
        <w:gridCol w:w="3364"/>
      </w:tblGrid>
      <w:tr>
        <w:tc>
          <w:tcPr>
            <w:tcW w:type="dxa" w:w="3364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Name:</w:t>
            </w:r>
          </w:p>
        </w:tc>
        <w:tc>
          <w:tcPr>
            <w:tcW w:type="dxa" w:w="3364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Relationship:</w:t>
            </w:r>
          </w:p>
        </w:tc>
        <w:tc>
          <w:tcPr>
            <w:tcW w:type="dxa" w:w="3364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Mobile:</w:t>
            </w:r>
          </w:p>
        </w:tc>
      </w:tr>
    </w:tbl>
    <w:p/>
    <w:p>
      <w:pPr>
        <w:keepNext/>
        <w:spacing w:before="200"/>
      </w:pPr>
      <w:r>
        <w:rPr>
          <w:b/>
          <w:i w:val="0"/>
          <w:color w:val="5B2A6E"/>
          <w:sz w:val="24"/>
        </w:rPr>
        <w:t>Insurance</w:t>
      </w:r>
    </w:p>
    <w:p>
      <w:r>
        <w:rPr>
          <w:b/>
          <w:i w:val="0"/>
        </w:rPr>
        <w:t xml:space="preserve">Do you have insurance?   </w:t>
      </w:r>
      <w:r>
        <w:rPr>
          <w:b w:val="0"/>
          <w:i w:val="0"/>
        </w:rPr>
        <w:t>☐ Yes    ☐ No, I will pay myself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364"/>
        <w:gridCol w:w="3364"/>
        <w:gridCol w:w="3364"/>
      </w:tblGrid>
      <w:tr>
        <w:tc>
          <w:tcPr>
            <w:tcW w:type="dxa" w:w="3364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Insurance company:</w:t>
            </w:r>
          </w:p>
        </w:tc>
        <w:tc>
          <w:tcPr>
            <w:tcW w:type="dxa" w:w="3364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Policy no.:</w:t>
            </w:r>
          </w:p>
        </w:tc>
        <w:tc>
          <w:tcPr>
            <w:tcW w:type="dxa" w:w="3364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Member no.:</w:t>
            </w:r>
          </w:p>
        </w:tc>
      </w:tr>
      <w:tr>
        <w:tc>
          <w:tcPr>
            <w:tcW w:type="dxa" w:w="3364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Class:</w:t>
            </w:r>
          </w:p>
        </w:tc>
        <w:tc>
          <w:tcPr>
            <w:tcW w:type="dxa" w:w="3364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Expiry date:</w:t>
            </w:r>
          </w:p>
        </w:tc>
        <w:tc>
          <w:tcPr>
            <w:tcW w:type="dxa" w:w="3364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Employer:</w:t>
            </w:r>
          </w:p>
        </w:tc>
      </w:tr>
    </w:tbl>
    <w:p/>
    <w:p>
      <w:pPr>
        <w:keepNext/>
        <w:spacing w:before="200"/>
      </w:pPr>
      <w:r>
        <w:rPr>
          <w:b/>
          <w:i w:val="0"/>
          <w:color w:val="5B2A6E"/>
          <w:sz w:val="24"/>
        </w:rPr>
        <w:t>How did you hear about us?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364"/>
        <w:gridCol w:w="3364"/>
        <w:gridCol w:w="3364"/>
      </w:tblGrid>
      <w:tr>
        <w:tc>
          <w:tcPr>
            <w:tcW w:type="dxa" w:w="3364"/>
          </w:tcPr>
          <w:p>
            <w:r/>
            <w:r>
              <w:rPr>
                <w:b w:val="0"/>
                <w:i w:val="0"/>
              </w:rPr>
              <w:t>☐ Google search</w:t>
            </w:r>
          </w:p>
        </w:tc>
        <w:tc>
          <w:tcPr>
            <w:tcW w:type="dxa" w:w="3364"/>
          </w:tcPr>
          <w:p>
            <w:r/>
            <w:r>
              <w:rPr>
                <w:b w:val="0"/>
                <w:i w:val="0"/>
              </w:rPr>
              <w:t>☐ Google Maps</w:t>
            </w:r>
          </w:p>
        </w:tc>
        <w:tc>
          <w:tcPr>
            <w:tcW w:type="dxa" w:w="3364"/>
          </w:tcPr>
          <w:p>
            <w:r/>
            <w:r>
              <w:rPr>
                <w:b w:val="0"/>
                <w:i w:val="0"/>
              </w:rPr>
              <w:t>☐ Instagram</w:t>
            </w:r>
          </w:p>
        </w:tc>
      </w:tr>
      <w:tr>
        <w:tc>
          <w:tcPr>
            <w:tcW w:type="dxa" w:w="3364"/>
          </w:tcPr>
          <w:p>
            <w:r/>
            <w:r>
              <w:rPr>
                <w:b w:val="0"/>
                <w:i w:val="0"/>
              </w:rPr>
              <w:t>☐ Snapchat</w:t>
            </w:r>
          </w:p>
        </w:tc>
        <w:tc>
          <w:tcPr>
            <w:tcW w:type="dxa" w:w="3364"/>
          </w:tcPr>
          <w:p>
            <w:r/>
            <w:r>
              <w:rPr>
                <w:b w:val="0"/>
                <w:i w:val="0"/>
              </w:rPr>
              <w:t>☐ TikTok</w:t>
            </w:r>
          </w:p>
        </w:tc>
        <w:tc>
          <w:tcPr>
            <w:tcW w:type="dxa" w:w="3364"/>
          </w:tcPr>
          <w:p>
            <w:r/>
            <w:r>
              <w:rPr>
                <w:b w:val="0"/>
                <w:i w:val="0"/>
              </w:rPr>
              <w:t>☐ Friend or family</w:t>
            </w:r>
          </w:p>
        </w:tc>
      </w:tr>
      <w:tr>
        <w:tc>
          <w:tcPr>
            <w:tcW w:type="dxa" w:w="3364"/>
          </w:tcPr>
          <w:p>
            <w:r/>
            <w:r>
              <w:rPr>
                <w:b w:val="0"/>
                <w:i w:val="0"/>
              </w:rPr>
              <w:t>☐ Doctor’s referral</w:t>
            </w:r>
          </w:p>
        </w:tc>
        <w:tc>
          <w:tcPr>
            <w:tcW w:type="dxa" w:w="3364"/>
          </w:tcPr>
          <w:p>
            <w:r/>
            <w:r>
              <w:rPr>
                <w:b w:val="0"/>
                <w:i w:val="0"/>
              </w:rPr>
              <w:t>☐ Insurance company</w:t>
            </w:r>
          </w:p>
        </w:tc>
        <w:tc>
          <w:tcPr>
            <w:tcW w:type="dxa" w:w="3364"/>
          </w:tcPr>
          <w:p>
            <w:r/>
            <w:r>
              <w:rPr>
                <w:b w:val="0"/>
                <w:i w:val="0"/>
              </w:rPr>
              <w:t>☐ Other:</w:t>
            </w:r>
          </w:p>
        </w:tc>
      </w:tr>
    </w:tbl>
    <w:p>
      <w:pPr>
        <w:keepNext/>
        <w:spacing w:before="200"/>
      </w:pPr>
      <w:r>
        <w:rPr>
          <w:b/>
          <w:i w:val="0"/>
          <w:color w:val="5B2A6E"/>
          <w:sz w:val="24"/>
        </w:rPr>
        <w:t>Why you are here today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092"/>
      </w:tblGrid>
      <w:tr>
        <w:tc>
          <w:tcPr>
            <w:tcW w:type="dxa" w:w="10092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What is troubling you?:</w:t>
            </w:r>
          </w:p>
        </w:tc>
      </w:tr>
    </w:tbl>
    <w:p/>
    <w:p>
      <w:pPr>
        <w:pBdr>
          <w:bottom w:val="dotted" w:sz="6" w:color="8A8090"/>
        </w:pBdr>
      </w:pPr>
    </w:p>
    <w:p>
      <w:pPr>
        <w:pBdr>
          <w:bottom w:val="dotted" w:sz="6" w:color="8A8090"/>
        </w:pBdr>
      </w:pP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Since when?: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Have you seen a doctor about it?:</w:t>
            </w:r>
          </w:p>
        </w:tc>
      </w:tr>
    </w:tbl>
    <w:p/>
    <w:p>
      <w:pPr>
        <w:keepNext/>
        <w:spacing w:before="200"/>
      </w:pPr>
      <w:r>
        <w:rPr>
          <w:b/>
          <w:i w:val="0"/>
          <w:color w:val="5B2A6E"/>
          <w:sz w:val="24"/>
        </w:rPr>
        <w:t>Medical history</w:t>
      </w:r>
    </w:p>
    <w:p>
      <w:r>
        <w:rPr>
          <w:b w:val="0"/>
          <w:i w:val="0"/>
        </w:rPr>
        <w:t>Tick everything that applies to you.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364"/>
        <w:gridCol w:w="3364"/>
        <w:gridCol w:w="3364"/>
      </w:tblGrid>
      <w:tr>
        <w:tc>
          <w:tcPr>
            <w:tcW w:type="dxa" w:w="3364"/>
          </w:tcPr>
          <w:p>
            <w:r/>
            <w:r>
              <w:rPr>
                <w:b w:val="0"/>
                <w:i w:val="0"/>
              </w:rPr>
              <w:t>☐ Diabetes</w:t>
            </w:r>
          </w:p>
        </w:tc>
        <w:tc>
          <w:tcPr>
            <w:tcW w:type="dxa" w:w="3364"/>
          </w:tcPr>
          <w:p>
            <w:r/>
            <w:r>
              <w:rPr>
                <w:b w:val="0"/>
                <w:i w:val="0"/>
              </w:rPr>
              <w:t>☐ High blood pressure</w:t>
            </w:r>
          </w:p>
        </w:tc>
        <w:tc>
          <w:tcPr>
            <w:tcW w:type="dxa" w:w="3364"/>
          </w:tcPr>
          <w:p>
            <w:r/>
            <w:r>
              <w:rPr>
                <w:b w:val="0"/>
                <w:i w:val="0"/>
              </w:rPr>
              <w:t>☐ Heart disease</w:t>
            </w:r>
          </w:p>
        </w:tc>
      </w:tr>
      <w:tr>
        <w:tc>
          <w:tcPr>
            <w:tcW w:type="dxa" w:w="3364"/>
          </w:tcPr>
          <w:p>
            <w:r/>
            <w:r>
              <w:rPr>
                <w:b w:val="0"/>
                <w:i w:val="0"/>
              </w:rPr>
              <w:t>☐ Asthma or lung disease</w:t>
            </w:r>
          </w:p>
        </w:tc>
        <w:tc>
          <w:tcPr>
            <w:tcW w:type="dxa" w:w="3364"/>
          </w:tcPr>
          <w:p>
            <w:r/>
            <w:r>
              <w:rPr>
                <w:b w:val="0"/>
                <w:i w:val="0"/>
              </w:rPr>
              <w:t>☐ Thyroid</w:t>
            </w:r>
          </w:p>
        </w:tc>
        <w:tc>
          <w:tcPr>
            <w:tcW w:type="dxa" w:w="3364"/>
          </w:tcPr>
          <w:p>
            <w:r/>
            <w:r>
              <w:rPr>
                <w:b w:val="0"/>
                <w:i w:val="0"/>
              </w:rPr>
              <w:t>☐ Kidney disease</w:t>
            </w:r>
          </w:p>
        </w:tc>
      </w:tr>
      <w:tr>
        <w:tc>
          <w:tcPr>
            <w:tcW w:type="dxa" w:w="3364"/>
          </w:tcPr>
          <w:p>
            <w:r/>
            <w:r>
              <w:rPr>
                <w:b w:val="0"/>
                <w:i w:val="0"/>
              </w:rPr>
              <w:t>☐ Liver disease</w:t>
            </w:r>
          </w:p>
        </w:tc>
        <w:tc>
          <w:tcPr>
            <w:tcW w:type="dxa" w:w="3364"/>
          </w:tcPr>
          <w:p>
            <w:r/>
            <w:r>
              <w:rPr>
                <w:b w:val="0"/>
                <w:i w:val="0"/>
              </w:rPr>
              <w:t>☐ Epilepsy or seizures</w:t>
            </w:r>
          </w:p>
        </w:tc>
        <w:tc>
          <w:tcPr>
            <w:tcW w:type="dxa" w:w="3364"/>
          </w:tcPr>
          <w:p>
            <w:r/>
            <w:r>
              <w:rPr>
                <w:b w:val="0"/>
                <w:i w:val="0"/>
              </w:rPr>
              <w:t>☐ Bleeding disorder</w:t>
            </w:r>
          </w:p>
        </w:tc>
      </w:tr>
      <w:tr>
        <w:tc>
          <w:tcPr>
            <w:tcW w:type="dxa" w:w="3364"/>
          </w:tcPr>
          <w:p>
            <w:r/>
            <w:r>
              <w:rPr>
                <w:b w:val="0"/>
                <w:i w:val="0"/>
              </w:rPr>
              <w:t>☐ Cancer</w:t>
            </w:r>
          </w:p>
        </w:tc>
        <w:tc>
          <w:tcPr>
            <w:tcW w:type="dxa" w:w="3364"/>
          </w:tcPr>
          <w:p>
            <w:r/>
            <w:r>
              <w:rPr>
                <w:b w:val="0"/>
                <w:i w:val="0"/>
              </w:rPr>
              <w:t>☐ Mental health condition</w:t>
            </w:r>
          </w:p>
        </w:tc>
        <w:tc>
          <w:tcPr>
            <w:tcW w:type="dxa" w:w="3364"/>
          </w:tcPr>
          <w:p>
            <w:r/>
            <w:r>
              <w:rPr>
                <w:b w:val="0"/>
                <w:i w:val="0"/>
              </w:rPr>
              <w:t>☐ Other:</w:t>
            </w:r>
          </w:p>
        </w:tc>
      </w:tr>
    </w:tbl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Full name: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File no.:</w:t>
            </w:r>
          </w:p>
        </w:tc>
      </w:tr>
    </w:tbl>
    <w:p/>
    <w:p>
      <w:pPr>
        <w:keepNext/>
        <w:spacing w:before="200"/>
      </w:pPr>
      <w:r>
        <w:rPr>
          <w:b/>
          <w:i w:val="0"/>
          <w:color w:val="5B2A6E"/>
          <w:sz w:val="24"/>
        </w:rPr>
        <w:t>Surgery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c>
          <w:tcPr>
            <w:tcW w:type="dxa" w:w="2523"/>
            <w:shd w:val="clear" w:color="auto" w:fill="5B2A6E"/>
          </w:tcPr>
          <w:p>
            <w:r/>
            <w:r>
              <w:rPr>
                <w:b/>
                <w:i w:val="0"/>
                <w:color w:val="FFFFFF"/>
                <w:sz w:val="18"/>
              </w:rPr>
              <w:t>Previous surgery</w:t>
            </w:r>
          </w:p>
        </w:tc>
        <w:tc>
          <w:tcPr>
            <w:tcW w:type="dxa" w:w="2523"/>
            <w:shd w:val="clear" w:color="auto" w:fill="5B2A6E"/>
          </w:tcPr>
          <w:p>
            <w:r/>
            <w:r>
              <w:rPr>
                <w:b/>
                <w:i w:val="0"/>
                <w:color w:val="FFFFFF"/>
                <w:sz w:val="18"/>
              </w:rPr>
              <w:t>Year</w:t>
            </w:r>
          </w:p>
        </w:tc>
        <w:tc>
          <w:tcPr>
            <w:tcW w:type="dxa" w:w="2523"/>
            <w:shd w:val="clear" w:color="auto" w:fill="5B2A6E"/>
          </w:tcPr>
          <w:p>
            <w:r/>
            <w:r>
              <w:rPr>
                <w:b/>
                <w:i w:val="0"/>
                <w:color w:val="FFFFFF"/>
                <w:sz w:val="18"/>
              </w:rPr>
              <w:t>Previous surgery</w:t>
            </w:r>
          </w:p>
        </w:tc>
        <w:tc>
          <w:tcPr>
            <w:tcW w:type="dxa" w:w="2523"/>
            <w:shd w:val="clear" w:color="auto" w:fill="5B2A6E"/>
          </w:tcPr>
          <w:p>
            <w:r/>
            <w:r>
              <w:rPr>
                <w:b/>
                <w:i w:val="0"/>
                <w:color w:val="FFFFFF"/>
                <w:sz w:val="18"/>
              </w:rPr>
              <w:t>Year</w:t>
            </w:r>
          </w:p>
        </w:tc>
      </w:tr>
      <w:tr>
        <w:trPr>
          <w:trHeight w:val="397"/>
        </w:trPr>
        <w:tc>
          <w:tcPr>
            <w:tcW w:type="dxa" w:w="2523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/>
        </w:trPr>
        <w:tc>
          <w:tcPr>
            <w:tcW w:type="dxa" w:w="2523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</w:tr>
    </w:tbl>
    <w:p/>
    <w:p>
      <w:pPr>
        <w:keepNext/>
        <w:spacing w:before="200"/>
      </w:pPr>
      <w:r>
        <w:rPr>
          <w:b/>
          <w:i w:val="0"/>
          <w:color w:val="5B2A6E"/>
          <w:sz w:val="24"/>
        </w:rPr>
        <w:t>Medicines you take now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c>
          <w:tcPr>
            <w:tcW w:type="dxa" w:w="2523"/>
            <w:shd w:val="clear" w:color="auto" w:fill="5B2A6E"/>
          </w:tcPr>
          <w:p>
            <w:r/>
            <w:r>
              <w:rPr>
                <w:b/>
                <w:i w:val="0"/>
                <w:color w:val="FFFFFF"/>
                <w:sz w:val="18"/>
              </w:rPr>
              <w:t>Medicine</w:t>
            </w:r>
          </w:p>
        </w:tc>
        <w:tc>
          <w:tcPr>
            <w:tcW w:type="dxa" w:w="2523"/>
            <w:shd w:val="clear" w:color="auto" w:fill="5B2A6E"/>
          </w:tcPr>
          <w:p>
            <w:r/>
            <w:r>
              <w:rPr>
                <w:b/>
                <w:i w:val="0"/>
                <w:color w:val="FFFFFF"/>
                <w:sz w:val="18"/>
              </w:rPr>
              <w:t>Dose</w:t>
            </w:r>
          </w:p>
        </w:tc>
        <w:tc>
          <w:tcPr>
            <w:tcW w:type="dxa" w:w="2523"/>
            <w:shd w:val="clear" w:color="auto" w:fill="5B2A6E"/>
          </w:tcPr>
          <w:p>
            <w:r/>
            <w:r>
              <w:rPr>
                <w:b/>
                <w:i w:val="0"/>
                <w:color w:val="FFFFFF"/>
                <w:sz w:val="18"/>
              </w:rPr>
              <w:t>How often</w:t>
            </w:r>
          </w:p>
        </w:tc>
        <w:tc>
          <w:tcPr>
            <w:tcW w:type="dxa" w:w="2523"/>
            <w:shd w:val="clear" w:color="auto" w:fill="5B2A6E"/>
          </w:tcPr>
          <w:p>
            <w:r/>
            <w:r>
              <w:rPr>
                <w:b/>
                <w:i w:val="0"/>
                <w:color w:val="FFFFFF"/>
                <w:sz w:val="18"/>
              </w:rPr>
              <w:t>Since when</w:t>
            </w:r>
          </w:p>
        </w:tc>
      </w:tr>
      <w:tr>
        <w:trPr>
          <w:trHeight w:val="397"/>
        </w:trPr>
        <w:tc>
          <w:tcPr>
            <w:tcW w:type="dxa" w:w="2523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/>
        </w:trPr>
        <w:tc>
          <w:tcPr>
            <w:tcW w:type="dxa" w:w="2523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/>
        </w:trPr>
        <w:tc>
          <w:tcPr>
            <w:tcW w:type="dxa" w:w="2523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</w:tr>
    </w:tbl>
    <w:p/>
    <w:p>
      <w:pPr>
        <w:keepNext/>
        <w:spacing w:before="200"/>
      </w:pPr>
      <w:r>
        <w:rPr>
          <w:b/>
          <w:i w:val="0"/>
          <w:color w:val="5B2A6E"/>
          <w:sz w:val="24"/>
        </w:rPr>
        <w:t>Allergies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64"/>
        <w:gridCol w:w="3364"/>
        <w:gridCol w:w="3364"/>
      </w:tblGrid>
      <w:tr>
        <w:tc>
          <w:tcPr>
            <w:tcW w:type="dxa" w:w="3364"/>
            <w:shd w:val="clear" w:color="auto" w:fill="5B2A6E"/>
          </w:tcPr>
          <w:p>
            <w:r/>
            <w:r>
              <w:rPr>
                <w:b/>
                <w:i w:val="0"/>
                <w:color w:val="FFFFFF"/>
                <w:sz w:val="18"/>
              </w:rPr>
              <w:t>Type</w:t>
            </w:r>
          </w:p>
        </w:tc>
        <w:tc>
          <w:tcPr>
            <w:tcW w:type="dxa" w:w="3364"/>
            <w:shd w:val="clear" w:color="auto" w:fill="5B2A6E"/>
          </w:tcPr>
          <w:p>
            <w:r/>
            <w:r>
              <w:rPr>
                <w:b/>
                <w:i w:val="0"/>
                <w:color w:val="FFFFFF"/>
                <w:sz w:val="18"/>
              </w:rPr>
              <w:t>What you are allergic to</w:t>
            </w:r>
          </w:p>
        </w:tc>
        <w:tc>
          <w:tcPr>
            <w:tcW w:type="dxa" w:w="3364"/>
            <w:shd w:val="clear" w:color="auto" w:fill="5B2A6E"/>
          </w:tcPr>
          <w:p>
            <w:r/>
            <w:r>
              <w:rPr>
                <w:b/>
                <w:i w:val="0"/>
                <w:color w:val="FFFFFF"/>
                <w:sz w:val="18"/>
              </w:rPr>
              <w:t>What happens</w:t>
            </w:r>
          </w:p>
        </w:tc>
      </w:tr>
      <w:tr>
        <w:trPr>
          <w:trHeight w:val="397"/>
        </w:trPr>
        <w:tc>
          <w:tcPr>
            <w:tcW w:type="dxa" w:w="3364"/>
          </w:tcPr>
          <w:p>
            <w:r/>
            <w:r>
              <w:rPr>
                <w:b w:val="0"/>
                <w:i w:val="0"/>
                <w:sz w:val="19"/>
              </w:rPr>
              <w:t>Medicines</w:t>
            </w:r>
          </w:p>
        </w:tc>
        <w:tc>
          <w:tcPr>
            <w:tcW w:type="dxa" w:w="3364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3364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/>
        </w:trPr>
        <w:tc>
          <w:tcPr>
            <w:tcW w:type="dxa" w:w="3364"/>
          </w:tcPr>
          <w:p>
            <w:r/>
            <w:r>
              <w:rPr>
                <w:b w:val="0"/>
                <w:i w:val="0"/>
                <w:sz w:val="19"/>
              </w:rPr>
              <w:t>Food</w:t>
            </w:r>
          </w:p>
        </w:tc>
        <w:tc>
          <w:tcPr>
            <w:tcW w:type="dxa" w:w="3364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3364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/>
        </w:trPr>
        <w:tc>
          <w:tcPr>
            <w:tcW w:type="dxa" w:w="3364"/>
          </w:tcPr>
          <w:p>
            <w:r/>
            <w:r>
              <w:rPr>
                <w:b w:val="0"/>
                <w:i w:val="0"/>
                <w:sz w:val="19"/>
              </w:rPr>
              <w:t>Latex</w:t>
            </w:r>
          </w:p>
        </w:tc>
        <w:tc>
          <w:tcPr>
            <w:tcW w:type="dxa" w:w="3364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3364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/>
        </w:trPr>
        <w:tc>
          <w:tcPr>
            <w:tcW w:type="dxa" w:w="3364"/>
          </w:tcPr>
          <w:p>
            <w:r/>
            <w:r>
              <w:rPr>
                <w:b w:val="0"/>
                <w:i w:val="0"/>
                <w:sz w:val="19"/>
              </w:rPr>
              <w:t>Other</w:t>
            </w:r>
          </w:p>
        </w:tc>
        <w:tc>
          <w:tcPr>
            <w:tcW w:type="dxa" w:w="3364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3364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</w:tr>
    </w:tbl>
    <w:p/>
    <w:p>
      <w:pPr>
        <w:keepNext/>
        <w:spacing w:before="200"/>
      </w:pPr>
      <w:r>
        <w:rPr>
          <w:b/>
          <w:i w:val="0"/>
          <w:color w:val="5B2A6E"/>
          <w:sz w:val="24"/>
        </w:rPr>
        <w:t>Family history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364"/>
        <w:gridCol w:w="3364"/>
        <w:gridCol w:w="3364"/>
      </w:tblGrid>
      <w:tr>
        <w:tc>
          <w:tcPr>
            <w:tcW w:type="dxa" w:w="3364"/>
          </w:tcPr>
          <w:p>
            <w:r/>
            <w:r>
              <w:rPr>
                <w:b w:val="0"/>
                <w:i w:val="0"/>
              </w:rPr>
              <w:t>☐ Diabetes</w:t>
            </w:r>
          </w:p>
        </w:tc>
        <w:tc>
          <w:tcPr>
            <w:tcW w:type="dxa" w:w="3364"/>
          </w:tcPr>
          <w:p>
            <w:r/>
            <w:r>
              <w:rPr>
                <w:b w:val="0"/>
                <w:i w:val="0"/>
              </w:rPr>
              <w:t>☐ Blood pressure</w:t>
            </w:r>
          </w:p>
        </w:tc>
        <w:tc>
          <w:tcPr>
            <w:tcW w:type="dxa" w:w="3364"/>
          </w:tcPr>
          <w:p>
            <w:r/>
            <w:r>
              <w:rPr>
                <w:b w:val="0"/>
                <w:i w:val="0"/>
              </w:rPr>
              <w:t>☐ Heart disease</w:t>
            </w:r>
          </w:p>
        </w:tc>
      </w:tr>
      <w:tr>
        <w:tc>
          <w:tcPr>
            <w:tcW w:type="dxa" w:w="3364"/>
          </w:tcPr>
          <w:p>
            <w:r/>
            <w:r>
              <w:rPr>
                <w:b w:val="0"/>
                <w:i w:val="0"/>
              </w:rPr>
              <w:t>☐ Cancer</w:t>
            </w:r>
          </w:p>
        </w:tc>
        <w:tc>
          <w:tcPr>
            <w:tcW w:type="dxa" w:w="3364"/>
          </w:tcPr>
          <w:p>
            <w:r/>
            <w:r>
              <w:rPr>
                <w:b w:val="0"/>
                <w:i w:val="0"/>
              </w:rPr>
              <w:t>☐ Inherited conditions</w:t>
            </w:r>
          </w:p>
        </w:tc>
        <w:tc>
          <w:tcPr>
            <w:tcW w:type="dxa" w:w="3364"/>
          </w:tcPr>
          <w:p>
            <w:r/>
            <w:r>
              <w:rPr>
                <w:b w:val="0"/>
                <w:i w:val="0"/>
              </w:rPr>
              <w:t>☐ Other:</w:t>
            </w:r>
          </w:p>
        </w:tc>
      </w:tr>
    </w:tbl>
    <w:p>
      <w:pPr>
        <w:keepNext/>
        <w:spacing w:before="200"/>
      </w:pPr>
      <w:r>
        <w:rPr>
          <w:b/>
          <w:i w:val="0"/>
          <w:color w:val="5B2A6E"/>
          <w:sz w:val="24"/>
        </w:rPr>
        <w:t>Lifestyle</w:t>
      </w:r>
    </w:p>
    <w:p>
      <w:r>
        <w:rPr>
          <w:b/>
          <w:i w:val="0"/>
        </w:rPr>
        <w:t xml:space="preserve">Smoking (including shisha and vaping)   </w:t>
      </w:r>
      <w:r>
        <w:rPr>
          <w:b w:val="0"/>
          <w:i w:val="0"/>
        </w:rPr>
        <w:t>☐ Never    ☐ Former    ☐ Current</w:t>
      </w:r>
    </w:p>
    <w:p>
      <w:r>
        <w:rPr>
          <w:b/>
          <w:i w:val="0"/>
        </w:rPr>
        <w:t xml:space="preserve">Alcohol   </w:t>
      </w:r>
      <w:r>
        <w:rPr>
          <w:b w:val="0"/>
          <w:i w:val="0"/>
        </w:rPr>
        <w:t>☐ No    ☐ Occasionally    ☐ Regularly</w:t>
      </w:r>
    </w:p>
    <w:p>
      <w:r>
        <w:rPr>
          <w:b/>
          <w:i w:val="0"/>
        </w:rPr>
        <w:t xml:space="preserve">For women: are you pregnant?   </w:t>
      </w:r>
      <w:r>
        <w:rPr>
          <w:b w:val="0"/>
          <w:i w:val="0"/>
        </w:rPr>
        <w:t>☐ Yes    ☐ No    ☐ Not sure</w:t>
      </w:r>
    </w:p>
    <w:p>
      <w:r>
        <w:rPr>
          <w:b/>
          <w:i w:val="0"/>
        </w:rPr>
        <w:t xml:space="preserve">Are you breastfeeding?   </w:t>
      </w:r>
      <w:r>
        <w:rPr>
          <w:b w:val="0"/>
          <w:i w:val="0"/>
        </w:rPr>
        <w:t>☐ Yes    ☐ No</w:t>
      </w:r>
    </w:p>
    <w:p>
      <w:pPr>
        <w:keepNext/>
        <w:spacing w:before="200"/>
      </w:pPr>
      <w:r>
        <w:rPr>
          <w:b/>
          <w:i w:val="0"/>
          <w:color w:val="5B2A6E"/>
          <w:sz w:val="24"/>
        </w:rPr>
        <w:t>Contact and privacy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092"/>
      </w:tblGrid>
      <w:tr>
        <w:tc>
          <w:tcPr>
            <w:tcW w:type="dxa" w:w="10092"/>
          </w:tcPr>
          <w:p>
            <w:r/>
            <w:r>
              <w:rPr>
                <w:b w:val="0"/>
                <w:i w:val="0"/>
              </w:rPr>
              <w:t>☐ I agree the clinic may contact me on WhatsApp (appointments, reminders, results).</w:t>
            </w:r>
          </w:p>
        </w:tc>
      </w:tr>
      <w:tr>
        <w:tc>
          <w:tcPr>
            <w:tcW w:type="dxa" w:w="10092"/>
          </w:tcPr>
          <w:p>
            <w:r/>
            <w:r>
              <w:rPr>
                <w:b w:val="0"/>
                <w:i w:val="0"/>
              </w:rPr>
              <w:t>☐ I agree the clinic may contact me by SMS.</w:t>
            </w:r>
          </w:p>
        </w:tc>
      </w:tr>
    </w:tbl>
    <w:p>
      <w:r>
        <w:rPr>
          <w:b w:val="0"/>
          <w:i w:val="0"/>
          <w:color w:val="6B6170"/>
          <w:sz w:val="17"/>
        </w:rPr>
        <w:t>Your details are used only for your care, your file, billing and insurance, and are not shared beyond that without your consent or where the law requires it.</w:t>
      </w:r>
    </w:p>
    <w:p>
      <w:r>
        <w:rPr>
          <w:b w:val="0"/>
          <w:i w:val="0"/>
        </w:rPr>
        <w:t>The information above is correct to the best of my knowledge, and I will tell the clinic if it changes.</w:t>
      </w:r>
    </w:p>
    <w:p/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364"/>
        <w:gridCol w:w="3364"/>
        <w:gridCol w:w="3364"/>
      </w:tblGrid>
      <w:tr>
        <w:trPr>
          <w:trHeight w:val="680"/>
        </w:trPr>
        <w:tc>
          <w:tcPr>
            <w:tcW w:type="dxa" w:w="3364"/>
            <w:tcBorders>
              <w:bottom w:val="single" w:sz="6" w:color="8A8090"/>
            </w:tcBorders>
          </w:tcPr>
          <w:p>
            <w:r/>
            <w:r>
              <w:rPr>
                <w:b w:val="0"/>
                <w:i w:val="0"/>
              </w:rPr>
              <w:t xml:space="preserve"> </w:t>
            </w:r>
          </w:p>
        </w:tc>
        <w:tc>
          <w:tcPr>
            <w:tcW w:type="dxa" w:w="3364"/>
            <w:tcBorders>
              <w:bottom w:val="single" w:sz="6" w:color="8A8090"/>
            </w:tcBorders>
          </w:tcPr>
          <w:p>
            <w:r/>
            <w:r>
              <w:rPr>
                <w:b w:val="0"/>
                <w:i w:val="0"/>
              </w:rPr>
              <w:t xml:space="preserve"> </w:t>
            </w:r>
          </w:p>
        </w:tc>
        <w:tc>
          <w:tcPr>
            <w:tcW w:type="dxa" w:w="3364"/>
            <w:tcBorders>
              <w:bottom w:val="single" w:sz="6" w:color="8A8090"/>
            </w:tcBorders>
          </w:tcPr>
          <w:p>
            <w:r/>
            <w:r>
              <w:rPr>
                <w:b w:val="0"/>
                <w:i w:val="0"/>
              </w:rPr>
              <w:t xml:space="preserve"> </w:t>
            </w:r>
          </w:p>
        </w:tc>
      </w:tr>
      <w:tr>
        <w:tc>
          <w:tcPr>
            <w:tcW w:type="dxa" w:w="3364"/>
          </w:tcPr>
          <w:p>
            <w:r/>
            <w:r>
              <w:rPr>
                <w:b w:val="0"/>
                <w:i w:val="0"/>
                <w:color w:val="6B6170"/>
                <w:sz w:val="18"/>
              </w:rPr>
              <w:t>Patient or guardian signature</w:t>
            </w:r>
          </w:p>
        </w:tc>
        <w:tc>
          <w:tcPr>
            <w:tcW w:type="dxa" w:w="3364"/>
          </w:tcPr>
          <w:p>
            <w:r/>
            <w:r>
              <w:rPr>
                <w:b w:val="0"/>
                <w:i w:val="0"/>
                <w:color w:val="6B6170"/>
                <w:sz w:val="18"/>
              </w:rPr>
              <w:t>Relationship, if guardian</w:t>
            </w:r>
          </w:p>
        </w:tc>
        <w:tc>
          <w:tcPr>
            <w:tcW w:type="dxa" w:w="3364"/>
          </w:tcPr>
          <w:p>
            <w:r/>
            <w:r>
              <w:rPr>
                <w:b w:val="0"/>
                <w:i w:val="0"/>
                <w:color w:val="6B6170"/>
                <w:sz w:val="18"/>
              </w:rPr>
              <w:t>Date</w:t>
            </w:r>
          </w:p>
        </w:tc>
      </w:tr>
    </w:tbl>
    <w:p>
      <w:pPr>
        <w:spacing w:before="240"/>
      </w:pPr>
      <w:r>
        <w:rPr>
          <w:b w:val="0"/>
          <w:i w:val="0"/>
          <w:color w:val="6B6170"/>
          <w:sz w:val="16"/>
        </w:rPr>
        <w:t xml:space="preserve">In Medicolize this document lives on the patient file: </w:t>
      </w:r>
      <w:hyperlink r:id="rId9">
        <w:r>
          <w:rPr>
            <w:color w:val="5B2A6E"/>
            <w:u w:val="single"/>
            <w:sz w:val="16"/>
          </w:rPr>
          <w:t>medicolize.com</w:t>
        </w:r>
      </w:hyperlink>
    </w:p>
    <w:sectPr w:rsidR="00FC693F" w:rsidRPr="0006063C" w:rsidSect="00034616">
      <w:footerReference w:type="default" r:id="rId10"/>
      <w:pgSz w:w="11906" w:h="16838"/>
      <w:pgMar w:top="794" w:right="907" w:bottom="90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 w:val="0"/>
        <w:color w:val="6B6170"/>
        <w:sz w:val="15"/>
      </w:rPr>
      <w:t xml:space="preserve">A Medicolize template   ·   </w:t>
    </w: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cs="Arial" w:eastAsia="Arial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medicolize.com/demo/?utm_source=template&amp;utm_medium=download&amp;utm_content=patient-intake-form" TargetMode="Externa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patient-intake-form</dc:title>
  <dc:subject/>
  <dc:creator>Medicolize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