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3"/>
        </w:rPr>
        <w:t>Attendance certificate</w:t>
      </w:r>
    </w:p>
    <w:p>
      <w:r>
        <w:rPr>
          <w:b w:val="0"/>
          <w:i w:val="0"/>
          <w:color w:val="6B6170"/>
          <w:sz w:val="19"/>
        </w:rPr>
        <w:t>Confirms that the patient attended the clinic; no diagnosis unless the patient asks.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Reference no.: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issue:</w:t>
            </w:r>
          </w:p>
        </w:tc>
      </w:tr>
    </w:tbl>
    <w:p/>
    <w:p>
      <w:r>
        <w:rPr>
          <w:b w:val="0"/>
          <w:i w:val="0"/>
        </w:rPr>
        <w:t>To whom it may concern,</w:t>
      </w:r>
    </w:p>
    <w:p>
      <w:r>
        <w:rPr>
          <w:b w:val="0"/>
          <w:i w:val="0"/>
        </w:rPr>
        <w:t>This is to certify that the person named below attended the clinic for a medical consultation on the date and at the times shown.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Patient name: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no.: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ID, residence or passport no.: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attendance: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From (time):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To (time):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Accompanied by</w:t>
      </w:r>
    </w:p>
    <w:p>
      <w:r>
        <w:rPr>
          <w:b w:val="0"/>
          <w:i w:val="0"/>
          <w:color w:val="6B6170"/>
          <w:sz w:val="17"/>
        </w:rPr>
        <w:t>Fill in when a parent or guardian came with the patient.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Name: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Relationship: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ID no.: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Diagnosis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r/>
            <w:r>
              <w:rPr>
                <w:b w:val="0"/>
                <w:i w:val="0"/>
              </w:rPr>
              <w:t>☐ The patient asked for the diagnosis to be stated on this certificate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Diagnosis (only if the patient asked):</w:t>
            </w:r>
          </w:p>
        </w:tc>
      </w:tr>
    </w:tbl>
    <w:p/>
    <w:p>
      <w:r>
        <w:rPr>
          <w:b w:val="0"/>
          <w:i w:val="0"/>
        </w:rPr>
        <w:t>This certificate is issued at the patient’s request.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Doctor’s name and specialty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Signature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Stamp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shd w:val="clear" w:color="auto" w:fill="EFE6F3"/>
          </w:tcPr>
          <w:p>
            <w:r/>
            <w:r>
              <w:rPr>
                <w:b/>
                <w:i w:val="0"/>
                <w:color w:val="5B2A6E"/>
              </w:rPr>
              <w:t>For private use</w:t>
            </w:r>
          </w:p>
          <w:p>
            <w:r>
              <w:rPr>
                <w:b w:val="0"/>
                <w:i w:val="0"/>
              </w:rPr>
              <w:t>In Saudi Arabia, sick leave for government bodies and employers is issued through the official platform. This template is for private use only and does not replace official sick leave.</w:t>
            </w:r>
          </w:p>
        </w:tc>
      </w:tr>
    </w:tbl>
    <w:p/>
    <w:p>
      <w:r>
        <w:rPr>
          <w:b w:val="0"/>
          <w:i w:val="0"/>
          <w:color w:val="6B6170"/>
          <w:sz w:val="17"/>
        </w:rPr>
        <w:t>The signing doctor is responsible for the content of this document.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3"/>
        </w:rPr>
        <w:t>Fitness letter</w:t>
      </w:r>
    </w:p>
    <w:p>
      <w:r>
        <w:rPr>
          <w:b w:val="0"/>
          <w:i w:val="0"/>
          <w:color w:val="6B6170"/>
          <w:sz w:val="19"/>
        </w:rPr>
        <w:t>The outcome of an examination for work or exercise: fit, fit with restrictions, or not fit until a date.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Reference no.: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issue:</w:t>
            </w:r>
          </w:p>
        </w:tc>
      </w:tr>
    </w:tbl>
    <w:p/>
    <w:p>
      <w:r>
        <w:rPr>
          <w:b w:val="0"/>
          <w:i w:val="0"/>
        </w:rPr>
        <w:t>To whom it may concern,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Patient name: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no.: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ID, residence or passport no.: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birth: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Examined on:</w:t>
            </w:r>
          </w:p>
        </w:tc>
        <w:tc>
          <w:tcPr>
            <w:tcW w:type="dxa" w:w="5046"/>
          </w:tcPr>
          <w:p/>
        </w:tc>
      </w:tr>
    </w:tbl>
    <w:p/>
    <w:p>
      <w:r>
        <w:rPr>
          <w:b/>
          <w:i w:val="0"/>
        </w:rPr>
        <w:t xml:space="preserve">Purpose   </w:t>
      </w:r>
      <w:r>
        <w:rPr>
          <w:b w:val="0"/>
          <w:i w:val="0"/>
        </w:rPr>
        <w:t>☐ Work    ☐ Exercise or sport    ☐ Other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Job or activity: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Requested by: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Outcome</w:t>
      </w:r>
    </w:p>
    <w:p>
      <w:r>
        <w:rPr>
          <w:b w:val="0"/>
          <w:i w:val="0"/>
        </w:rPr>
        <w:t>Having examined the person named above, I confirm that they are: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r/>
            <w:r>
              <w:rPr>
                <w:b w:val="0"/>
                <w:i w:val="0"/>
              </w:rPr>
              <w:t>☐ Fit</w:t>
            </w:r>
          </w:p>
        </w:tc>
      </w:tr>
      <w:tr>
        <w:tc>
          <w:tcPr>
            <w:tcW w:type="dxa" w:w="10092"/>
          </w:tcPr>
          <w:p>
            <w:r/>
            <w:r>
              <w:rPr>
                <w:b w:val="0"/>
                <w:i w:val="0"/>
              </w:rPr>
              <w:t>☐ Fit with the restrictions listed below</w:t>
            </w:r>
          </w:p>
        </w:tc>
      </w:tr>
      <w:tr>
        <w:tc>
          <w:tcPr>
            <w:tcW w:type="dxa" w:w="10092"/>
          </w:tcPr>
          <w:p>
            <w:r/>
            <w:r>
              <w:rPr>
                <w:b w:val="0"/>
                <w:i w:val="0"/>
              </w:rPr>
              <w:t>☐ Not fit until: ............................</w:t>
            </w:r>
          </w:p>
        </w:tc>
      </w:tr>
    </w:tbl>
    <w:p>
      <w:pPr>
        <w:keepNext/>
        <w:spacing w:before="200"/>
      </w:pPr>
      <w:r>
        <w:rPr>
          <w:b/>
          <w:i w:val="0"/>
          <w:color w:val="5B2A6E"/>
          <w:sz w:val="24"/>
        </w:rPr>
        <w:t>Restrictions</w:t>
      </w: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Review date:</w:t>
            </w:r>
          </w:p>
        </w:tc>
        <w:tc>
          <w:tcPr>
            <w:tcW w:type="dxa" w:w="5046"/>
          </w:tcPr>
          <w:p/>
        </w:tc>
      </w:tr>
    </w:tbl>
    <w:p/>
    <w:p>
      <w:r>
        <w:rPr>
          <w:b w:val="0"/>
          <w:i w:val="0"/>
        </w:rPr>
        <w:t>This letter is issued at the patient’s request.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Doctor’s name and specialty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Signature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Stamp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shd w:val="clear" w:color="auto" w:fill="EFE6F3"/>
          </w:tcPr>
          <w:p>
            <w:r/>
            <w:r>
              <w:rPr>
                <w:b/>
                <w:i w:val="0"/>
                <w:color w:val="5B2A6E"/>
              </w:rPr>
              <w:t>For private use</w:t>
            </w:r>
          </w:p>
          <w:p>
            <w:r>
              <w:rPr>
                <w:b w:val="0"/>
                <w:i w:val="0"/>
              </w:rPr>
              <w:t>In Saudi Arabia, sick leave for government bodies and employers is issued through the official platform. This template is for private use only and does not replace official sick leave.</w:t>
            </w:r>
          </w:p>
        </w:tc>
      </w:tr>
    </w:tbl>
    <w:p/>
    <w:p>
      <w:r>
        <w:rPr>
          <w:b w:val="0"/>
          <w:i w:val="0"/>
          <w:color w:val="6B6170"/>
          <w:sz w:val="17"/>
        </w:rPr>
        <w:t>The signing doctor is responsible for the content of this document.</w:t>
      </w:r>
    </w:p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this document lives on the patient file: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demo/?utm_source=template&amp;utm_medium=download&amp;utm_content=medical-certificate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medical-certificate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