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Laboratory order</w:t>
      </w:r>
    </w:p>
    <w:p>
      <w:r>
        <w:rPr>
          <w:b w:val="0"/>
          <w:i w:val="0"/>
          <w:color w:val="6B6170"/>
          <w:sz w:val="19"/>
        </w:rPr>
        <w:t>Tick what you need; write anything not listed on the free lines.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Clinical notes: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Provisional diagnosis: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Haematology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CBC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ESR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Blood group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PT / INR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PTT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Ferritin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Iron and TIBC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Reticulocytes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Chemistry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Fasting glucose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HbA1c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Lipid profile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Kidney function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Liver function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Electrolytes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Uric acid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Calcium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Hormones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TSH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Free T4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Prolactin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FSH / LH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Testosterone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β-hCG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Cortisol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Insulin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Vitamins and minerals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Vitamin D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Vitamin B12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Folate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Magnesium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Zinc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Phosphorus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Infection and immunity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CRP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HBsAg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HCV antibody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HIV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H. pylori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Throat swab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Blood culture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Rheumatoid factor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Urine and stool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Urinalysis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Urine culture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Urine pregnancy test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Stool analysis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Other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r>
        <w:rPr>
          <w:b/>
          <w:i w:val="0"/>
        </w:rPr>
        <w:t xml:space="preserve">Fasting required   </w:t>
      </w:r>
      <w:r>
        <w:rPr>
          <w:b w:val="0"/>
          <w:i w:val="0"/>
        </w:rPr>
        <w:t>☐ Yes    ☐ No</w:t>
      </w:r>
    </w:p>
    <w:p>
      <w:r>
        <w:rPr>
          <w:b/>
          <w:i w:val="0"/>
        </w:rPr>
        <w:t xml:space="preserve">Sample collected at the clinic   </w:t>
      </w:r>
      <w:r>
        <w:rPr>
          <w:b w:val="0"/>
          <w:i w:val="0"/>
        </w:rPr>
        <w:t>☐ Yes    ☐ No</w:t>
      </w:r>
    </w:p>
    <w:p>
      <w:r>
        <w:rPr>
          <w:b/>
          <w:i w:val="0"/>
        </w:rPr>
        <w:t xml:space="preserve">Priority   </w:t>
      </w:r>
      <w:r>
        <w:rPr>
          <w:b w:val="0"/>
          <w:i w:val="0"/>
        </w:rPr>
        <w:t>☐ Routine    ☐ Soon    ☐ Urgent</w:t>
      </w:r>
    </w:p>
    <w:p>
      <w:r>
        <w:rPr>
          <w:b/>
          <w:i w:val="0"/>
        </w:rPr>
        <w:t xml:space="preserve">Send results to   </w:t>
      </w:r>
      <w:r>
        <w:rPr>
          <w:b w:val="0"/>
          <w:i w:val="0"/>
        </w:rPr>
        <w:t>☐ Patient’s WhatsApp    ☐ Email    ☐ The clinic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Doctor’s name and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Stamp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Date and time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Radiology order</w:t>
      </w:r>
    </w:p>
    <w:p>
      <w:r>
        <w:rPr>
          <w:b w:val="0"/>
          <w:i w:val="0"/>
          <w:color w:val="6B6170"/>
          <w:sz w:val="19"/>
        </w:rPr>
        <w:t>The modality, the region, and the question you want answered.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Examination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X-ray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Ultrasound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CT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MRI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Mammogram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DEXA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Region: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Views requested:</w:t>
            </w:r>
          </w:p>
        </w:tc>
      </w:tr>
    </w:tbl>
    <w:p/>
    <w:p>
      <w:r>
        <w:rPr>
          <w:b/>
          <w:i w:val="0"/>
        </w:rPr>
        <w:t xml:space="preserve">Side   </w:t>
      </w:r>
      <w:r>
        <w:rPr>
          <w:b w:val="0"/>
          <w:i w:val="0"/>
        </w:rPr>
        <w:t>☐ Right    ☐ Left    ☐ Both    ☐ Not applicable</w:t>
      </w:r>
    </w:p>
    <w:p>
      <w:r>
        <w:rPr>
          <w:b/>
          <w:i w:val="0"/>
        </w:rPr>
        <w:t xml:space="preserve">Contrast   </w:t>
      </w:r>
      <w:r>
        <w:rPr>
          <w:b w:val="0"/>
          <w:i w:val="0"/>
        </w:rPr>
        <w:t>☐ Without    ☐ With    ☐ Radiologist to decide</w:t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Safety check</w:t>
      </w:r>
    </w:p>
    <w:p>
      <w:r>
        <w:rPr>
          <w:b/>
          <w:i w:val="0"/>
        </w:rPr>
        <w:t xml:space="preserve">Possible pregnancy   </w:t>
      </w:r>
      <w:r>
        <w:rPr>
          <w:b w:val="0"/>
          <w:i w:val="0"/>
        </w:rPr>
        <w:t>☐ No    ☐ Yes    ☐ Not sure    ☐ Not applicable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First day of last period: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Contrast allergy: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Kidney function (if contrast):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Pacemaker, implants or metal: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Clinical question</w:t>
      </w:r>
    </w:p>
    <w:p>
      <w:r>
        <w:rPr>
          <w:b w:val="0"/>
          <w:i w:val="0"/>
          <w:color w:val="6B6170"/>
          <w:sz w:val="17"/>
        </w:rPr>
        <w:t>What do you want this examination to tell you? A clear question gets a clearer report.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Provisional diagnosis: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Previous imaging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Type: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Where: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Attached (yes / no):</w:t>
            </w:r>
          </w:p>
        </w:tc>
      </w:tr>
    </w:tbl>
    <w:p/>
    <w:p>
      <w:r>
        <w:rPr>
          <w:b/>
          <w:i w:val="0"/>
        </w:rPr>
        <w:t xml:space="preserve">Priority   </w:t>
      </w:r>
      <w:r>
        <w:rPr>
          <w:b w:val="0"/>
          <w:i w:val="0"/>
        </w:rPr>
        <w:t>☐ Routine    ☐ Soon    ☐ Urgent</w:t>
      </w:r>
    </w:p>
    <w:p>
      <w:r>
        <w:rPr>
          <w:b/>
          <w:i w:val="0"/>
        </w:rPr>
        <w:t xml:space="preserve">Send results to   </w:t>
      </w:r>
      <w:r>
        <w:rPr>
          <w:b w:val="0"/>
          <w:i w:val="0"/>
        </w:rPr>
        <w:t>☐ Patient’s WhatsApp    ☐ Email    ☐ The clinic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Doctor’s name and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Stamp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Date and time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lab-and-radiology-order-form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lab-and-radiology-order-forms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