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1247"/>
            <w:tcBorders>
              <w:top w:val="dashed" w:sz="6" w:color="B3ABB9"/>
              <w:left w:val="dashed" w:sz="6" w:color="B3ABB9"/>
              <w:bottom w:val="dashed" w:sz="6" w:color="B3ABB9"/>
              <w:right w:val="dashed" w:sz="6" w:color="B3ABB9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6"/>
                <w:rtl/>
                <w:szCs w:val="16"/>
              </w:rPr>
              <w:t>الشعار</w:t>
            </w:r>
          </w:p>
        </w:tc>
        <w:tc>
          <w:tcPr>
            <w:tcW w:type="dxa" w:w="8504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5B2A6E"/>
                <w:sz w:val="30"/>
                <w:rtl/>
                <w:bCs/>
                <w:szCs w:val="30"/>
              </w:rPr>
              <w:t>اسم العيادة</w:t>
            </w:r>
          </w:p>
          <w:p>
            <w:pPr>
              <w:bidi/>
              <w:jc w:val="right"/>
            </w:pPr>
            <w:r>
              <w:rPr>
                <w:b w:val="0"/>
                <w:i w:val="0"/>
                <w:color w:val="6B6170"/>
                <w:sz w:val="17"/>
                <w:rtl/>
                <w:szCs w:val="17"/>
              </w:rPr>
              <w:t>العنوان · الهاتف · رقم الترخيص</w:t>
            </w:r>
          </w:p>
        </w:tc>
      </w:tr>
    </w:tbl>
    <w:p>
      <w:pPr>
        <w:bidi/>
        <w:jc w:val="right"/>
        <w:pBdr>
          <w:bottom w:val="single" w:sz="12" w:color="5B2A6E"/>
        </w:pBdr>
      </w:pPr>
    </w:p>
    <w:p>
      <w:pPr>
        <w:bidi/>
        <w:jc w:val="right"/>
      </w:pPr>
      <w:r>
        <w:rPr>
          <w:b/>
          <w:i w:val="0"/>
          <w:color w:val="5B2A6E"/>
          <w:sz w:val="33"/>
          <w:rtl/>
          <w:bCs/>
          <w:szCs w:val="33"/>
        </w:rPr>
        <w:t>طلب تحاليل مخبرية</w:t>
      </w:r>
    </w:p>
    <w:p>
      <w:pPr>
        <w:bidi/>
        <w:jc w:val="right"/>
      </w:pPr>
      <w:r>
        <w:rPr>
          <w:b w:val="0"/>
          <w:i w:val="0"/>
          <w:color w:val="6B6170"/>
          <w:sz w:val="19"/>
          <w:rtl/>
          <w:szCs w:val="19"/>
        </w:rPr>
        <w:t>ضع علامة على المطلوب، واكتب ما لا تجده في السطور الحرة.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364"/>
        <w:gridCol w:w="3364"/>
        <w:gridCol w:w="3364"/>
      </w:tblGrid>
      <w:tr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اسم المريض: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رقم الملف: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تاريخ الميلاد:</w:t>
            </w:r>
          </w:p>
        </w:tc>
      </w:tr>
      <w:tr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الهاتف: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التاريخ: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الطبيب:</w:t>
            </w:r>
          </w:p>
        </w:tc>
      </w:tr>
    </w:tbl>
    <w:p>
      <w:pPr>
        <w:bidi/>
        <w:jc w:val="right"/>
      </w:pP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ملاحظات سريرية: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التشخيص المبدئي:</w:t>
            </w:r>
          </w:p>
        </w:tc>
      </w:tr>
    </w:tbl>
    <w:p>
      <w:pPr>
        <w:bidi/>
        <w:jc w:val="right"/>
      </w:pP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أمراض الدم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صورة دم كاملة CBC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سرعة الترسيب ESR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فصيلة الدم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زمن التجلط PT/INR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PTT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مخزون الحديد Ferritin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الحديد وسعة الارتباط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عدّ الشبكيات</w:t>
            </w:r>
          </w:p>
        </w:tc>
      </w:tr>
    </w:tbl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الكيمياء الحيوية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سكر صائم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السكر التراكمي HbA1c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دهون الدم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وظائف الكلى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وظائف الكبد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الأملاح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حمض اليوريك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الكالسيوم</w:t>
            </w:r>
          </w:p>
        </w:tc>
      </w:tr>
    </w:tbl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الهرمونات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TSH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Free T4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البرولاكتين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FSH / LH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التستوستيرون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هرمون الحمل β-hCG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الكورتيزول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الإنسولين</w:t>
            </w:r>
          </w:p>
        </w:tc>
      </w:tr>
    </w:tbl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الفيتامينات والمعادن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فيتامين د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فيتامين B12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حمض الفوليك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المغنيسيوم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الزنك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الفوسفور</w:t>
            </w:r>
          </w:p>
        </w:tc>
        <w:tc>
          <w:tcPr>
            <w:tcW w:type="dxa" w:w="2523"/>
          </w:tcPr>
          <w:p/>
        </w:tc>
        <w:tc>
          <w:tcPr>
            <w:tcW w:type="dxa" w:w="2523"/>
          </w:tcPr>
          <w:p/>
        </w:tc>
      </w:tr>
    </w:tbl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العدوى والمناعة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CRP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التهاب الكبد B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التهاب الكبد C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HIV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جرثومة المعدة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مسحة حلق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مزرعة دم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عامل الروماتويد RF</w:t>
            </w:r>
          </w:p>
        </w:tc>
      </w:tr>
    </w:tbl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البول والبراز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تحليل بول كامل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مزرعة بول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اختبار حمل في البول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تحليل براز</w:t>
            </w:r>
          </w:p>
        </w:tc>
      </w:tr>
    </w:tbl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أخرى</w:t>
      </w:r>
    </w:p>
    <w:p>
      <w:pPr>
        <w:bidi/>
        <w:jc w:val="right"/>
        <w:pBdr>
          <w:bottom w:val="dotted" w:sz="6" w:color="8A8090"/>
        </w:pBdr>
      </w:pPr>
    </w:p>
    <w:p>
      <w:pPr>
        <w:bidi/>
        <w:jc w:val="right"/>
        <w:pBdr>
          <w:bottom w:val="dotted" w:sz="6" w:color="8A8090"/>
        </w:pBdr>
      </w:pPr>
    </w:p>
    <w:p>
      <w:pPr>
        <w:bidi/>
        <w:jc w:val="right"/>
        <w:pBdr>
          <w:bottom w:val="dotted" w:sz="6" w:color="8A8090"/>
        </w:pBdr>
      </w:pPr>
    </w:p>
    <w:p>
      <w:pPr>
        <w:bidi/>
        <w:jc w:val="right"/>
      </w:pPr>
      <w:r>
        <w:rPr>
          <w:b/>
          <w:i w:val="0"/>
          <w:rtl/>
          <w:bCs/>
        </w:rPr>
        <w:t xml:space="preserve">الصيام مطلوب   </w:t>
      </w:r>
      <w:r>
        <w:rPr>
          <w:b w:val="0"/>
          <w:i w:val="0"/>
          <w:rtl/>
        </w:rPr>
        <w:t>☐ نعم    ☐ لا</w:t>
      </w:r>
    </w:p>
    <w:p>
      <w:pPr>
        <w:bidi/>
        <w:jc w:val="right"/>
      </w:pPr>
      <w:r>
        <w:rPr>
          <w:b/>
          <w:i w:val="0"/>
          <w:rtl/>
          <w:bCs/>
        </w:rPr>
        <w:t xml:space="preserve">سُحبت العينة في العيادة   </w:t>
      </w:r>
      <w:r>
        <w:rPr>
          <w:b w:val="0"/>
          <w:i w:val="0"/>
          <w:rtl/>
        </w:rPr>
        <w:t>☐ نعم    ☐ لا</w:t>
      </w:r>
    </w:p>
    <w:p>
      <w:pPr>
        <w:bidi/>
        <w:jc w:val="right"/>
      </w:pPr>
      <w:r>
        <w:rPr>
          <w:b/>
          <w:i w:val="0"/>
          <w:rtl/>
          <w:bCs/>
        </w:rPr>
        <w:t xml:space="preserve">الأولوية   </w:t>
      </w:r>
      <w:r>
        <w:rPr>
          <w:b w:val="0"/>
          <w:i w:val="0"/>
          <w:rtl/>
        </w:rPr>
        <w:t>☐ عادي    ☐ خلال أيام    ☐ عاجل</w:t>
      </w:r>
    </w:p>
    <w:p>
      <w:pPr>
        <w:bidi/>
        <w:jc w:val="right"/>
      </w:pPr>
      <w:r>
        <w:rPr>
          <w:b/>
          <w:i w:val="0"/>
          <w:rtl/>
          <w:bCs/>
        </w:rPr>
        <w:t xml:space="preserve">إرسال النتائج إلى   </w:t>
      </w:r>
      <w:r>
        <w:rPr>
          <w:b w:val="0"/>
          <w:i w:val="0"/>
          <w:rtl/>
        </w:rPr>
        <w:t>☐ واتساب المريض    ☐ البريد الإلكتروني    ☐ العيادة</w:t>
      </w:r>
    </w:p>
    <w:p>
      <w:pPr>
        <w:bidi/>
        <w:jc w:val="right"/>
      </w:pP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364"/>
        <w:gridCol w:w="3364"/>
        <w:gridCol w:w="3364"/>
      </w:tblGrid>
      <w:tr>
        <w:trPr>
          <w:trHeight w:val="680"/>
        </w:trPr>
        <w:tc>
          <w:tcPr>
            <w:tcW w:type="dxa" w:w="3364"/>
            <w:tcBorders>
              <w:bottom w:val="single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 xml:space="preserve"> </w:t>
            </w:r>
          </w:p>
        </w:tc>
        <w:tc>
          <w:tcPr>
            <w:tcW w:type="dxa" w:w="3364"/>
            <w:tcBorders>
              <w:bottom w:val="single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 xml:space="preserve"> </w:t>
            </w:r>
          </w:p>
        </w:tc>
        <w:tc>
          <w:tcPr>
            <w:tcW w:type="dxa" w:w="3364"/>
            <w:tcBorders>
              <w:bottom w:val="single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 xml:space="preserve"> 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8"/>
                <w:rtl/>
                <w:szCs w:val="18"/>
              </w:rPr>
              <w:t>اسم الطبيب وتوقيعه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8"/>
                <w:rtl/>
                <w:szCs w:val="18"/>
              </w:rPr>
              <w:t>الختم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8"/>
                <w:rtl/>
                <w:szCs w:val="18"/>
              </w:rPr>
              <w:t>التاريخ والوقت</w:t>
            </w:r>
          </w:p>
        </w:tc>
      </w:tr>
    </w:tbl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1247"/>
            <w:tcBorders>
              <w:top w:val="dashed" w:sz="6" w:color="B3ABB9"/>
              <w:left w:val="dashed" w:sz="6" w:color="B3ABB9"/>
              <w:bottom w:val="dashed" w:sz="6" w:color="B3ABB9"/>
              <w:right w:val="dashed" w:sz="6" w:color="B3ABB9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6"/>
                <w:rtl/>
                <w:szCs w:val="16"/>
              </w:rPr>
              <w:t>الشعار</w:t>
            </w:r>
          </w:p>
        </w:tc>
        <w:tc>
          <w:tcPr>
            <w:tcW w:type="dxa" w:w="8504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5B2A6E"/>
                <w:sz w:val="30"/>
                <w:rtl/>
                <w:bCs/>
                <w:szCs w:val="30"/>
              </w:rPr>
              <w:t>اسم العيادة</w:t>
            </w:r>
          </w:p>
          <w:p>
            <w:pPr>
              <w:bidi/>
              <w:jc w:val="right"/>
            </w:pPr>
            <w:r>
              <w:rPr>
                <w:b w:val="0"/>
                <w:i w:val="0"/>
                <w:color w:val="6B6170"/>
                <w:sz w:val="17"/>
                <w:rtl/>
                <w:szCs w:val="17"/>
              </w:rPr>
              <w:t>العنوان · الهاتف · رقم الترخيص</w:t>
            </w:r>
          </w:p>
        </w:tc>
      </w:tr>
    </w:tbl>
    <w:p>
      <w:pPr>
        <w:bidi/>
        <w:jc w:val="right"/>
        <w:pBdr>
          <w:bottom w:val="single" w:sz="12" w:color="5B2A6E"/>
        </w:pBdr>
      </w:pPr>
    </w:p>
    <w:p>
      <w:pPr>
        <w:bidi/>
        <w:jc w:val="right"/>
      </w:pPr>
      <w:r>
        <w:rPr>
          <w:b/>
          <w:i w:val="0"/>
          <w:color w:val="5B2A6E"/>
          <w:sz w:val="33"/>
          <w:rtl/>
          <w:bCs/>
          <w:szCs w:val="33"/>
        </w:rPr>
        <w:t>طلب أشعة</w:t>
      </w:r>
    </w:p>
    <w:p>
      <w:pPr>
        <w:bidi/>
        <w:jc w:val="right"/>
      </w:pPr>
      <w:r>
        <w:rPr>
          <w:b w:val="0"/>
          <w:i w:val="0"/>
          <w:color w:val="6B6170"/>
          <w:sz w:val="19"/>
          <w:rtl/>
          <w:szCs w:val="19"/>
        </w:rPr>
        <w:t>نوع الفحص، والمنطقة، والسؤال الذي تريد إجابته.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364"/>
        <w:gridCol w:w="3364"/>
        <w:gridCol w:w="3364"/>
      </w:tblGrid>
      <w:tr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اسم المريض: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رقم الملف: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تاريخ الميلاد:</w:t>
            </w:r>
          </w:p>
        </w:tc>
      </w:tr>
      <w:tr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الهاتف: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التاريخ: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الطبيب:</w:t>
            </w:r>
          </w:p>
        </w:tc>
      </w:tr>
    </w:tbl>
    <w:p>
      <w:pPr>
        <w:bidi/>
        <w:jc w:val="right"/>
      </w:pP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الفحص المطلوب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أشعة سينية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موجات فوق صوتية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أشعة مقطعية CT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رنين مغناطيسي MRI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ماموجرام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قياس كثافة العظام DEXA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المنطقة: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المناظر المطلوبة: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b/>
          <w:i w:val="0"/>
          <w:rtl/>
          <w:bCs/>
        </w:rPr>
        <w:t xml:space="preserve">الجهة   </w:t>
      </w:r>
      <w:r>
        <w:rPr>
          <w:b w:val="0"/>
          <w:i w:val="0"/>
          <w:rtl/>
        </w:rPr>
        <w:t>☐ يمين    ☐ يسار    ☐ الجهتان    ☐ لا ينطبق</w:t>
      </w:r>
    </w:p>
    <w:p>
      <w:pPr>
        <w:bidi/>
        <w:jc w:val="right"/>
      </w:pPr>
      <w:r>
        <w:rPr>
          <w:b/>
          <w:i w:val="0"/>
          <w:rtl/>
          <w:bCs/>
        </w:rPr>
        <w:t xml:space="preserve">الصبغة   </w:t>
      </w:r>
      <w:r>
        <w:rPr>
          <w:b w:val="0"/>
          <w:i w:val="0"/>
          <w:rtl/>
        </w:rPr>
        <w:t>☐ بدون    ☐ مع صبغة    ☐ حسب رأي أخصائي الأشعة</w:t>
      </w: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قبل الفحص</w:t>
      </w:r>
    </w:p>
    <w:p>
      <w:pPr>
        <w:bidi/>
        <w:jc w:val="right"/>
      </w:pPr>
      <w:r>
        <w:rPr>
          <w:b/>
          <w:i w:val="0"/>
          <w:rtl/>
          <w:bCs/>
        </w:rPr>
        <w:t xml:space="preserve">احتمال الحمل   </w:t>
      </w:r>
      <w:r>
        <w:rPr>
          <w:b w:val="0"/>
          <w:i w:val="0"/>
          <w:rtl/>
        </w:rPr>
        <w:t>☐ لا    ☐ نعم    ☐ غير مؤكد    ☐ لا ينطبق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تاريخ آخر دورة: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حساسية من الصبغة:</w:t>
            </w:r>
          </w:p>
        </w:tc>
      </w:tr>
      <w:tr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وظائف الكلى (إن طُلبت صبغة):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منظم ضربات أو معادن في الجسم:</w:t>
            </w:r>
          </w:p>
        </w:tc>
      </w:tr>
    </w:tbl>
    <w:p>
      <w:pPr>
        <w:bidi/>
        <w:jc w:val="right"/>
      </w:pP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السؤال السريري</w:t>
      </w:r>
    </w:p>
    <w:p>
      <w:pPr>
        <w:bidi/>
        <w:jc w:val="right"/>
      </w:pPr>
      <w:r>
        <w:rPr>
          <w:b w:val="0"/>
          <w:i w:val="0"/>
          <w:color w:val="6B6170"/>
          <w:sz w:val="17"/>
          <w:rtl/>
          <w:szCs w:val="17"/>
        </w:rPr>
        <w:t>ماذا تريد أن تعرف من هذا الفحص؟ السؤال الواضح يعطي تقريرًا أوضح.</w:t>
      </w:r>
    </w:p>
    <w:p>
      <w:pPr>
        <w:bidi/>
        <w:jc w:val="right"/>
        <w:pBdr>
          <w:bottom w:val="dotted" w:sz="6" w:color="8A8090"/>
        </w:pBdr>
      </w:pPr>
    </w:p>
    <w:p>
      <w:pPr>
        <w:bidi/>
        <w:jc w:val="right"/>
        <w:pBdr>
          <w:bottom w:val="dotted" w:sz="6" w:color="8A8090"/>
        </w:pBdr>
      </w:pPr>
    </w:p>
    <w:p>
      <w:pPr>
        <w:bidi/>
        <w:jc w:val="right"/>
        <w:pBdr>
          <w:bottom w:val="dotted" w:sz="6" w:color="8A8090"/>
        </w:pBdr>
      </w:pP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92"/>
      </w:tblGrid>
      <w:tr>
        <w:tc>
          <w:tcPr>
            <w:tcW w:type="dxa" w:w="10092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التشخيص المبدئي:</w:t>
            </w:r>
          </w:p>
        </w:tc>
      </w:tr>
    </w:tbl>
    <w:p>
      <w:pPr>
        <w:bidi/>
        <w:jc w:val="right"/>
      </w:pP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صور سابقة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النوع: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التاريخ:</w:t>
            </w:r>
          </w:p>
        </w:tc>
      </w:tr>
      <w:tr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المكان: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مرفقة: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b/>
          <w:i w:val="0"/>
          <w:rtl/>
          <w:bCs/>
        </w:rPr>
        <w:t xml:space="preserve">الأولوية   </w:t>
      </w:r>
      <w:r>
        <w:rPr>
          <w:b w:val="0"/>
          <w:i w:val="0"/>
          <w:rtl/>
        </w:rPr>
        <w:t>☐ عادي    ☐ خلال أيام    ☐ عاجل</w:t>
      </w:r>
    </w:p>
    <w:p>
      <w:pPr>
        <w:bidi/>
        <w:jc w:val="right"/>
      </w:pPr>
      <w:r>
        <w:rPr>
          <w:b/>
          <w:i w:val="0"/>
          <w:rtl/>
          <w:bCs/>
        </w:rPr>
        <w:t xml:space="preserve">إرسال النتائج إلى   </w:t>
      </w:r>
      <w:r>
        <w:rPr>
          <w:b w:val="0"/>
          <w:i w:val="0"/>
          <w:rtl/>
        </w:rPr>
        <w:t>☐ واتساب المريض    ☐ البريد الإلكتروني    ☐ العيادة</w:t>
      </w:r>
    </w:p>
    <w:p>
      <w:pPr>
        <w:bidi/>
        <w:jc w:val="right"/>
      </w:pP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364"/>
        <w:gridCol w:w="3364"/>
        <w:gridCol w:w="3364"/>
      </w:tblGrid>
      <w:tr>
        <w:trPr>
          <w:trHeight w:val="680"/>
        </w:trPr>
        <w:tc>
          <w:tcPr>
            <w:tcW w:type="dxa" w:w="3364"/>
            <w:tcBorders>
              <w:bottom w:val="single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 xml:space="preserve"> </w:t>
            </w:r>
          </w:p>
        </w:tc>
        <w:tc>
          <w:tcPr>
            <w:tcW w:type="dxa" w:w="3364"/>
            <w:tcBorders>
              <w:bottom w:val="single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 xml:space="preserve"> </w:t>
            </w:r>
          </w:p>
        </w:tc>
        <w:tc>
          <w:tcPr>
            <w:tcW w:type="dxa" w:w="3364"/>
            <w:tcBorders>
              <w:bottom w:val="single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 xml:space="preserve"> 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8"/>
                <w:rtl/>
                <w:szCs w:val="18"/>
              </w:rPr>
              <w:t>اسم الطبيب وتوقيعه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8"/>
                <w:rtl/>
                <w:szCs w:val="18"/>
              </w:rPr>
              <w:t>الختم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8"/>
                <w:rtl/>
                <w:szCs w:val="18"/>
              </w:rPr>
              <w:t>التاريخ والوقت</w:t>
            </w:r>
          </w:p>
        </w:tc>
      </w:tr>
    </w:tbl>
    <w:p>
      <w:pPr>
        <w:bidi/>
        <w:spacing w:before="240"/>
        <w:jc w:val="right"/>
      </w:pPr>
      <w:r>
        <w:rPr>
          <w:b w:val="0"/>
          <w:i w:val="0"/>
          <w:color w:val="6B6170"/>
          <w:sz w:val="16"/>
          <w:rtl/>
          <w:szCs w:val="16"/>
        </w:rPr>
        <w:t xml:space="preserve">في ميديكولايز يُحفظ هذا المستند على ملف المريض: </w:t>
      </w:r>
      <w:hyperlink r:id="rId9">
        <w:r>
          <w:rPr>
            <w:color w:val="5B2A6E"/>
            <w:u w:val="single"/>
            <w:sz w:val="16"/>
          </w:rPr>
          <w:t>medicolize.com</w:t>
        </w:r>
      </w:hyperlink>
    </w:p>
    <w:sectPr w:rsidR="00FC693F" w:rsidRPr="0006063C" w:rsidSect="00034616">
      <w:footerReference w:type="default" r:id="rId10"/>
      <w:pgSz w:w="11906" w:h="16838"/>
      <w:pgMar w:top="794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b w:val="0"/>
        <w:i w:val="0"/>
        <w:color w:val="6B6170"/>
        <w:sz w:val="15"/>
        <w:rtl/>
        <w:szCs w:val="15"/>
      </w:rPr>
      <w:t xml:space="preserve">نموذج من ميديكولايز   ·   </w:t>
    </w: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cs="Arial" w:eastAsia="Arial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medicolize.com/ar/demo/?utm_source=template&amp;utm_medium=download&amp;utm_content=lab-and-radiology-order-forms" TargetMode="Externa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lab-and-radiology-order-forms</dc:title>
  <dc:subject/>
  <dc:creator>Medicolize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