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360"/>
      </w:tblGrid>
      <w:tr>
        <w:trPr>
          <w:trHeight w:val="1361" w:hRule="exact"/>
        </w:trPr>
        <w:tc>
          <w:tcPr>
            <w:tcW w:type="dxa" w:w="1361"/>
            <w:tcBorders>
              <w:top w:val="dashed" w:sz="8" w:space="0" w:color="B3ABB9"/>
              <w:left w:val="dashed" w:sz="8" w:space="0" w:color="B3ABB9"/>
              <w:bottom w:val="dashed" w:sz="8" w:space="0" w:color="B3ABB9"/>
              <w:right w:val="dashed" w:sz="8" w:space="0" w:color="B3ABB9"/>
            </w:tcBorders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6170"/>
                <w:sz w:val="15"/>
              </w:rPr>
              <w:t>Logo</w:t>
            </w:r>
          </w:p>
        </w:tc>
      </w:tr>
    </w:tbl>
    <w:p>
      <w:pPr>
        <w:spacing w:after="0" w:before="120"/>
        <w:jc w:val="center"/>
      </w:pPr>
      <w:r>
        <w:rPr>
          <w:b/>
          <w:i w:val="0"/>
          <w:color w:val="5B2A6E" w:themeColor="accent1"/>
          <w:sz w:val="24"/>
        </w:rPr>
        <w:t>Al Noor Medical Centre</w:t>
      </w:r>
    </w:p>
    <w:p>
      <w:pPr>
        <w:spacing w:after="0" w:before="320"/>
        <w:jc w:val="center"/>
      </w:pPr>
      <w:r>
        <w:rPr>
          <w:b/>
          <w:i w:val="0"/>
          <w:color w:val="5B2A6E" w:themeColor="accent1"/>
          <w:sz w:val="88"/>
        </w:rPr>
        <w:t>Your opinion matters</w:t>
      </w:r>
    </w:p>
    <w:p>
      <w:pPr>
        <w:spacing w:after="0" w:before="40"/>
        <w:jc w:val="center"/>
      </w:pPr>
      <w:r>
        <w:rPr>
          <w:b w:val="0"/>
          <w:i w:val="0"/>
          <w:color w:val="2C1636"/>
          <w:sz w:val="30"/>
        </w:rPr>
        <w:t>Rate your visit on Google in under a minute</w:t>
      </w:r>
    </w:p>
    <w:p>
      <w:pPr>
        <w:spacing w:after="0" w:before="120"/>
        <w:jc w:val="center"/>
      </w:pPr>
      <w:r>
        <w:rPr>
          <w:b w:val="0"/>
          <w:i w:val="0"/>
          <w:color w:val="C98A1E" w:themeColor="accent2"/>
          <w:sz w:val="52"/>
        </w:rPr>
        <w:t>★★★★★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76"/>
      </w:tblGrid>
      <w:tr>
        <w:trPr>
          <w:trHeight w:val="4876" w:hRule="exact"/>
        </w:trPr>
        <w:tc>
          <w:tcPr>
            <w:tcW w:type="dxa" w:w="4876"/>
            <w:tcBorders>
              <w:top w:val="single" w:sz="18" w:space="0" w:color="5B2A6E" w:themeColor="accent1"/>
              <w:left w:val="single" w:sz="18" w:space="0" w:color="5B2A6E" w:themeColor="accent1"/>
              <w:bottom w:val="single" w:sz="18" w:space="0" w:color="5B2A6E" w:themeColor="accent1"/>
              <w:right w:val="single" w:sz="18" w:space="0" w:color="5B2A6E" w:themeColor="accent1"/>
            </w:tcBorders>
            <w:shd w:val="clear" w:color="auto" w:fill="FFFFFF"/>
            <w:tcMar>
              <w:top w:w="793" w:type="dxa"/>
              <w:bottom w:w="793" w:type="dxa"/>
              <w:start w:w="793" w:type="dxa"/>
              <w:end w:w="793" w:type="dxa"/>
              <w:left w:w="793" w:type="dxa"/>
              <w:right w:w="79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6170"/>
                <w:sz w:val="20"/>
              </w:rPr>
              <w:t>Paste the QR code of your clinic’s Google review link here</w:t>
            </w:r>
          </w:p>
        </w:tc>
      </w:tr>
    </w:tbl>
    <w:p>
      <w:pPr>
        <w:spacing w:after="0" w:before="0" w:line="400" w:lineRule="exact"/>
        <w:jc w:val="center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958"/>
        <w:gridCol w:w="2958"/>
        <w:gridCol w:w="2958"/>
      </w:tblGrid>
      <w:tr>
        <w:tc>
          <w:tcPr>
            <w:tcW w:type="dxa" w:w="2958"/>
            <w:tcMar>
              <w:top w:w="113" w:type="dxa"/>
              <w:bottom w:w="113" w:type="dxa"/>
              <w:start w:w="113" w:type="dxa"/>
              <w:end w:w="113" w:type="dxa"/>
              <w:left w:w="113" w:type="dxa"/>
              <w:right w:w="11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36"/>
              </w:rPr>
              <w:t>1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Point your phone camera at the code</w:t>
            </w:r>
          </w:p>
        </w:tc>
        <w:tc>
          <w:tcPr>
            <w:tcW w:type="dxa" w:w="2958"/>
            <w:tcMar>
              <w:top w:w="113" w:type="dxa"/>
              <w:bottom w:w="113" w:type="dxa"/>
              <w:start w:w="113" w:type="dxa"/>
              <w:end w:w="113" w:type="dxa"/>
              <w:left w:w="113" w:type="dxa"/>
              <w:right w:w="11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36"/>
              </w:rPr>
              <w:t>2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Choose your stars and write a line about your visit</w:t>
            </w:r>
          </w:p>
        </w:tc>
        <w:tc>
          <w:tcPr>
            <w:tcW w:type="dxa" w:w="2958"/>
            <w:tcMar>
              <w:top w:w="113" w:type="dxa"/>
              <w:bottom w:w="113" w:type="dxa"/>
              <w:start w:w="113" w:type="dxa"/>
              <w:end w:w="113" w:type="dxa"/>
              <w:left w:w="113" w:type="dxa"/>
              <w:right w:w="11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36"/>
              </w:rPr>
              <w:t>3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Tap Post. Thank you</w:t>
            </w:r>
          </w:p>
        </w:tc>
      </w:tr>
    </w:tbl>
    <w:p>
      <w:pPr>
        <w:spacing w:after="0" w:before="0" w:line="520" w:lineRule="exact"/>
        <w:jc w:val="center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val="907" w:hRule="exact"/>
        </w:trPr>
        <w:tc>
          <w:tcPr>
            <w:tcW w:type="dxa" w:w="5159"/>
            <w:shd w:val="clear" w:color="auto" w:fill="5B2A6E" w:themeFill="accent1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28"/>
              </w:rPr>
              <w:t>Thank you for your trust</w:t>
            </w:r>
          </w:p>
        </w:tc>
        <w:tc>
          <w:tcPr>
            <w:tcW w:type="dxa" w:w="5159"/>
            <w:shd w:val="clear" w:color="auto" w:fill="5B2A6E" w:themeFill="accent1"/>
            <w:tcMar>
              <w:top w:w="283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22"/>
              </w:rPr>
              <w:t>Main branch · Dr Sara Al Harbi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9"/>
          <w:pgSz w:w="11906" w:h="16838"/>
          <w:pgMar w:top="794" w:right="794" w:bottom="737" w:left="794" w:header="720" w:footer="332" w:gutter="0"/>
          <w:cols w:space="720"/>
          <w:docGrid w:linePitch="360"/>
        </w:sect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6747"/>
      </w:tblGrid>
      <w:tr>
        <w:trPr>
          <w:trHeight w:val="12586" w:hRule="exact"/>
        </w:trPr>
        <w:tc>
          <w:tcPr>
            <w:tcW w:type="dxa" w:w="6746"/>
            <w:shd w:val="clear" w:color="auto" w:fill="5B2A6E" w:themeFill="accent1"/>
            <w:tcMar>
              <w:top w:w="555" w:type="dxa"/>
              <w:bottom w:w="226" w:type="dxa"/>
              <w:start w:w="226" w:type="dxa"/>
              <w:end w:w="226" w:type="dxa"/>
              <w:left w:w="226" w:type="dxa"/>
              <w:right w:w="226" w:type="dxa"/>
            </w:tcMar>
          </w:tcPr>
          <w:p>
            <w:pPr>
              <w:spacing w:after="0" w:before="0" w:line="40" w:lineRule="exact"/>
              <w:jc w:val="center"/>
            </w:pP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52"/>
            </w:tblGrid>
            <w:tr>
              <w:trPr>
                <w:trHeight w:val="952" w:hRule="exact"/>
              </w:trPr>
              <w:tc>
                <w:tcPr>
                  <w:tcW w:type="dxa" w:w="952"/>
                  <w:tcBorders>
                    <w:top w:val="dashed" w:sz="8" w:space="0" w:color="FFFFFF"/>
                    <w:left w:val="dashed" w:sz="8" w:space="0" w:color="FFFFFF"/>
                    <w:bottom w:val="dashed" w:sz="8" w:space="0" w:color="FFFFFF"/>
                    <w:right w:val="dashed" w:sz="8" w:space="0" w:color="FFFFFF"/>
                  </w:tcBorders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Logo</w:t>
                  </w:r>
                </w:p>
              </w:tc>
            </w:tr>
          </w:tbl>
          <w:p/>
          <w:p>
            <w:pPr>
              <w:spacing w:after="0" w:before="84"/>
              <w:jc w:val="center"/>
            </w:pPr>
            <w:r>
              <w:rPr>
                <w:b/>
                <w:i w:val="0"/>
                <w:color w:val="FFFFFF"/>
                <w:sz w:val="16"/>
              </w:rPr>
              <w:t>Al Noor Medical Centre</w:t>
            </w:r>
          </w:p>
          <w:p>
            <w:pPr>
              <w:spacing w:after="0" w:before="224"/>
              <w:jc w:val="center"/>
            </w:pPr>
            <w:r>
              <w:rPr>
                <w:b/>
                <w:i w:val="0"/>
                <w:color w:val="FFFFFF"/>
                <w:sz w:val="61"/>
              </w:rPr>
              <w:t>Your opinion matters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 w:val="0"/>
                <w:color w:val="FFFFFF"/>
                <w:sz w:val="21"/>
              </w:rPr>
              <w:t>Rate your visit on Google in under a minute</w:t>
            </w:r>
          </w:p>
          <w:p>
            <w:pPr>
              <w:spacing w:after="0" w:before="84"/>
              <w:jc w:val="center"/>
            </w:pPr>
            <w:r>
              <w:rPr>
                <w:b w:val="0"/>
                <w:i w:val="0"/>
                <w:color w:val="C98A1E" w:themeColor="accent2"/>
                <w:sz w:val="36"/>
              </w:rPr>
              <w:t>★★★★★</w:t>
            </w: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2937"/>
            </w:tblGrid>
            <w:tr>
              <w:trPr>
                <w:trHeight w:val="2937" w:hRule="exact"/>
              </w:trPr>
              <w:tc>
                <w:tcPr>
                  <w:tcW w:type="dxa" w:w="2937"/>
                  <w:tcBorders>
                    <w:top w:val="single" w:sz="18" w:space="0" w:color="FFFFFF"/>
                    <w:left w:val="single" w:sz="18" w:space="0" w:color="FFFFFF"/>
                    <w:bottom w:val="single" w:sz="18" w:space="0" w:color="FFFFFF"/>
                    <w:right w:val="single" w:sz="18" w:space="0" w:color="FFFFFF"/>
                  </w:tcBorders>
                  <w:shd w:val="clear" w:color="auto" w:fill="FFFFFF"/>
                  <w:tcMar>
                    <w:top w:w="555" w:type="dxa"/>
                    <w:bottom w:w="555" w:type="dxa"/>
                    <w:start w:w="555" w:type="dxa"/>
                    <w:end w:w="555" w:type="dxa"/>
                    <w:left w:w="555" w:type="dxa"/>
                    <w:right w:w="555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Paste the QR code of your clinic’s Google review link here</w:t>
                  </w:r>
                </w:p>
              </w:tc>
            </w:tr>
          </w:tbl>
          <w:p/>
          <w:p>
            <w:pPr>
              <w:spacing w:after="0" w:before="0" w:line="280" w:lineRule="exact"/>
              <w:jc w:val="center"/>
            </w:pP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476"/>
              <w:gridCol w:w="4183"/>
            </w:tblGrid>
            <w:tr>
              <w:trPr>
                <w:trHeight w:val="556" w:hRule="exact"/>
              </w:trPr>
              <w:tc>
                <w:tcPr>
                  <w:tcW w:type="dxa" w:w="476"/>
                  <w:shd w:val="clear" w:color="auto" w:fill="C98A1E" w:themeFill="accent2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9"/>
                    </w:rPr>
                    <w:t>1</w:t>
                  </w:r>
                </w:p>
              </w:tc>
              <w:tc>
                <w:tcPr>
                  <w:tcW w:type="dxa" w:w="4183"/>
                  <w:tcMar>
                    <w:top w:w="119" w:type="dxa"/>
                    <w:bottom w:w="119" w:type="dxa"/>
                    <w:start w:w="119" w:type="dxa"/>
                    <w:end w:w="119" w:type="dxa"/>
                    <w:left w:w="119" w:type="dxa"/>
                    <w:right w:w="119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Point your phone camera at the code</w:t>
                  </w:r>
                </w:p>
              </w:tc>
            </w:tr>
            <w:tr>
              <w:trPr>
                <w:trHeight w:val="556" w:hRule="exact"/>
              </w:trPr>
              <w:tc>
                <w:tcPr>
                  <w:tcW w:type="dxa" w:w="476"/>
                  <w:shd w:val="clear" w:color="auto" w:fill="C98A1E" w:themeFill="accent2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9"/>
                    </w:rPr>
                    <w:t>2</w:t>
                  </w:r>
                </w:p>
              </w:tc>
              <w:tc>
                <w:tcPr>
                  <w:tcW w:type="dxa" w:w="4183"/>
                  <w:tcMar>
                    <w:top w:w="119" w:type="dxa"/>
                    <w:bottom w:w="119" w:type="dxa"/>
                    <w:start w:w="119" w:type="dxa"/>
                    <w:end w:w="119" w:type="dxa"/>
                    <w:left w:w="119" w:type="dxa"/>
                    <w:right w:w="119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Choose your stars and write a line about your visit</w:t>
                  </w:r>
                </w:p>
              </w:tc>
            </w:tr>
            <w:tr>
              <w:trPr>
                <w:trHeight w:val="556" w:hRule="exact"/>
              </w:trPr>
              <w:tc>
                <w:tcPr>
                  <w:tcW w:type="dxa" w:w="476"/>
                  <w:shd w:val="clear" w:color="auto" w:fill="C98A1E" w:themeFill="accent2"/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9"/>
                    </w:rPr>
                    <w:t>3</w:t>
                  </w:r>
                </w:p>
              </w:tc>
              <w:tc>
                <w:tcPr>
                  <w:tcW w:type="dxa" w:w="4183"/>
                  <w:tcMar>
                    <w:top w:w="119" w:type="dxa"/>
                    <w:bottom w:w="119" w:type="dxa"/>
                    <w:start w:w="119" w:type="dxa"/>
                    <w:end w:w="119" w:type="dxa"/>
                    <w:left w:w="119" w:type="dxa"/>
                    <w:right w:w="119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FFFFFF"/>
                      <w:sz w:val="15"/>
                    </w:rPr>
                    <w:t>Tap Post. Thank you</w:t>
                  </w:r>
                </w:p>
              </w:tc>
            </w:tr>
          </w:tbl>
          <w:p/>
          <w:p>
            <w:pPr>
              <w:spacing w:after="0" w:before="0" w:line="364" w:lineRule="exact"/>
              <w:jc w:val="center"/>
            </w:pPr>
          </w:p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373"/>
              <w:gridCol w:w="3373"/>
            </w:tblGrid>
            <w:tr>
              <w:trPr>
                <w:trHeight w:val="635" w:hRule="exact"/>
              </w:trPr>
              <w:tc>
                <w:tcPr>
                  <w:tcW w:type="dxa" w:w="3373"/>
                  <w:shd w:val="clear" w:color="auto" w:fill="FFFFFF"/>
                  <w:tcMar>
                    <w:top w:w="198" w:type="dxa"/>
                    <w:bottom w:w="198" w:type="dxa"/>
                    <w:start w:w="198" w:type="dxa"/>
                    <w:end w:w="198" w:type="dxa"/>
                    <w:left w:w="198" w:type="dxa"/>
                    <w:right w:w="198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Thank you for your trust</w:t>
                  </w:r>
                </w:p>
              </w:tc>
              <w:tc>
                <w:tcPr>
                  <w:tcW w:type="dxa" w:w="3373"/>
                  <w:shd w:val="clear" w:color="auto" w:fill="FFFFFF"/>
                  <w:tcMar>
                    <w:top w:w="198" w:type="dxa"/>
                    <w:bottom w:w="198" w:type="dxa"/>
                    <w:start w:w="198" w:type="dxa"/>
                    <w:end w:w="198" w:type="dxa"/>
                    <w:left w:w="198" w:type="dxa"/>
                    <w:right w:w="198" w:type="dxa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5B2A6E" w:themeColor="accent1"/>
                      <w:sz w:val="15"/>
                    </w:rPr>
                    <w:t>Main branch · Dr Sara Al Harbi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  <w:rPr>
          <w:sz w:val="2"/>
          <w:szCs w:val="2"/>
        </w:rPr>
        <w:sectPr>
          <w:pgSz w:w="7654" w:h="13606"/>
          <w:pgMar w:top="454" w:right="454" w:bottom="454" w:left="454" w:header="720" w:footer="204" w:gutter="0"/>
          <w:cols w:space="720"/>
          <w:docGrid w:linePitch="360"/>
        </w:sect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843"/>
      </w:tblGrid>
      <w:tr>
        <w:trPr>
          <w:trHeight w:val="844" w:hRule="exact"/>
        </w:trPr>
        <w:tc>
          <w:tcPr>
            <w:tcW w:type="dxa" w:w="844"/>
            <w:tcBorders>
              <w:top w:val="dashed" w:sz="8" w:space="0" w:color="B3ABB9"/>
              <w:left w:val="dashed" w:sz="8" w:space="0" w:color="B3ABB9"/>
              <w:bottom w:val="dashed" w:sz="8" w:space="0" w:color="B3ABB9"/>
              <w:right w:val="dashed" w:sz="8" w:space="0" w:color="B3ABB9"/>
            </w:tcBorders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6170"/>
                <w:sz w:val="15"/>
              </w:rPr>
              <w:t>Logo</w:t>
            </w:r>
          </w:p>
        </w:tc>
      </w:tr>
    </w:tbl>
    <w:p>
      <w:pPr>
        <w:spacing w:after="0" w:before="74"/>
        <w:jc w:val="center"/>
      </w:pPr>
      <w:r>
        <w:rPr>
          <w:b/>
          <w:i w:val="0"/>
          <w:color w:val="5B2A6E" w:themeColor="accent1"/>
          <w:sz w:val="14"/>
        </w:rPr>
        <w:t>Al Noor Medical Centre</w:t>
      </w:r>
    </w:p>
    <w:p>
      <w:pPr>
        <w:spacing w:after="0" w:before="198"/>
        <w:jc w:val="center"/>
      </w:pPr>
      <w:r>
        <w:rPr>
          <w:b/>
          <w:i w:val="0"/>
          <w:color w:val="5B2A6E" w:themeColor="accent1"/>
          <w:sz w:val="54"/>
        </w:rPr>
        <w:t>Your opinion matters</w:t>
      </w:r>
    </w:p>
    <w:p>
      <w:pPr>
        <w:spacing w:after="0" w:before="40"/>
        <w:jc w:val="center"/>
      </w:pPr>
      <w:r>
        <w:rPr>
          <w:b w:val="0"/>
          <w:i w:val="0"/>
          <w:color w:val="2C1636"/>
          <w:sz w:val="18"/>
        </w:rPr>
        <w:t>Rate your visit on Google in under a minute</w:t>
      </w:r>
    </w:p>
    <w:p>
      <w:pPr>
        <w:spacing w:after="0" w:before="74"/>
        <w:jc w:val="center"/>
      </w:pPr>
      <w:r>
        <w:rPr>
          <w:b w:val="0"/>
          <w:i w:val="0"/>
          <w:color w:val="C98A1E" w:themeColor="accent2"/>
          <w:sz w:val="32"/>
        </w:rPr>
        <w:t>★★★★★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601"/>
      </w:tblGrid>
      <w:tr>
        <w:trPr>
          <w:trHeight w:val="2601" w:hRule="exact"/>
        </w:trPr>
        <w:tc>
          <w:tcPr>
            <w:tcW w:type="dxa" w:w="2601"/>
            <w:tcBorders>
              <w:top w:val="single" w:sz="18" w:space="0" w:color="5B2A6E" w:themeColor="accent1"/>
              <w:left w:val="single" w:sz="18" w:space="0" w:color="5B2A6E" w:themeColor="accent1"/>
              <w:bottom w:val="single" w:sz="18" w:space="0" w:color="5B2A6E" w:themeColor="accent1"/>
              <w:right w:val="single" w:sz="18" w:space="0" w:color="5B2A6E" w:themeColor="accent1"/>
            </w:tcBorders>
            <w:shd w:val="clear" w:color="auto" w:fill="FFFFFF"/>
            <w:tcMar>
              <w:top w:w="492" w:type="dxa"/>
              <w:bottom w:w="492" w:type="dxa"/>
              <w:start w:w="492" w:type="dxa"/>
              <w:end w:w="492" w:type="dxa"/>
              <w:left w:w="492" w:type="dxa"/>
              <w:right w:w="492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6170"/>
                <w:sz w:val="12"/>
              </w:rPr>
              <w:t>Paste the QR code of your clinic’s Google review link here</w:t>
            </w:r>
          </w:p>
        </w:tc>
      </w:tr>
    </w:tbl>
    <w:p>
      <w:pPr>
        <w:spacing w:after="0" w:before="0" w:line="248" w:lineRule="exact"/>
        <w:jc w:val="center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080"/>
        <w:gridCol w:w="2080"/>
        <w:gridCol w:w="2080"/>
      </w:tblGrid>
      <w:tr>
        <w:tc>
          <w:tcPr>
            <w:tcW w:type="dxa" w:w="2080"/>
            <w:tcMar>
              <w:top w:w="70" w:type="dxa"/>
              <w:bottom w:w="70" w:type="dxa"/>
              <w:start w:w="70" w:type="dxa"/>
              <w:end w:w="70" w:type="dxa"/>
              <w:left w:w="70" w:type="dxa"/>
              <w:right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22"/>
              </w:rPr>
              <w:t>1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13"/>
              </w:rPr>
              <w:t>Point your phone camera at the code</w:t>
            </w:r>
          </w:p>
        </w:tc>
        <w:tc>
          <w:tcPr>
            <w:tcW w:type="dxa" w:w="2080"/>
            <w:tcMar>
              <w:top w:w="70" w:type="dxa"/>
              <w:bottom w:w="70" w:type="dxa"/>
              <w:start w:w="70" w:type="dxa"/>
              <w:end w:w="70" w:type="dxa"/>
              <w:left w:w="70" w:type="dxa"/>
              <w:right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22"/>
              </w:rPr>
              <w:t>2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13"/>
              </w:rPr>
              <w:t>Choose your stars and write a line about your visit</w:t>
            </w:r>
          </w:p>
        </w:tc>
        <w:tc>
          <w:tcPr>
            <w:tcW w:type="dxa" w:w="2080"/>
            <w:tcMar>
              <w:top w:w="70" w:type="dxa"/>
              <w:bottom w:w="70" w:type="dxa"/>
              <w:start w:w="70" w:type="dxa"/>
              <w:end w:w="70" w:type="dxa"/>
              <w:left w:w="70" w:type="dxa"/>
              <w:right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5B2A6E" w:themeColor="accent1"/>
                <w:sz w:val="22"/>
              </w:rPr>
              <w:t>3</w:t>
            </w:r>
          </w:p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13"/>
              </w:rPr>
              <w:t>Tap Post. Thank you</w:t>
            </w:r>
          </w:p>
        </w:tc>
      </w:tr>
    </w:tbl>
    <w:p>
      <w:pPr>
        <w:spacing w:after="0" w:before="0" w:line="322" w:lineRule="exact"/>
        <w:jc w:val="center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3628"/>
        <w:gridCol w:w="3628"/>
      </w:tblGrid>
      <w:tr>
        <w:trPr>
          <w:trHeight w:val="562" w:hRule="exact"/>
        </w:trPr>
        <w:tc>
          <w:tcPr>
            <w:tcW w:type="dxa" w:w="3628"/>
            <w:shd w:val="clear" w:color="auto" w:fill="5B2A6E" w:themeFill="accent1"/>
            <w:tcMar>
              <w:top w:w="175" w:type="dxa"/>
              <w:bottom w:w="175" w:type="dxa"/>
              <w:start w:w="175" w:type="dxa"/>
              <w:end w:w="175" w:type="dxa"/>
              <w:left w:w="175" w:type="dxa"/>
              <w:right w:w="175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7"/>
              </w:rPr>
              <w:t>Thank you for your trust</w:t>
            </w:r>
          </w:p>
        </w:tc>
        <w:tc>
          <w:tcPr>
            <w:tcW w:type="dxa" w:w="3628"/>
            <w:shd w:val="clear" w:color="auto" w:fill="5B2A6E" w:themeFill="accent1"/>
            <w:tcMar>
              <w:top w:w="175" w:type="dxa"/>
              <w:bottom w:w="175" w:type="dxa"/>
              <w:start w:w="175" w:type="dxa"/>
              <w:end w:w="175" w:type="dxa"/>
              <w:left w:w="175" w:type="dxa"/>
              <w:right w:w="175" w:type="dxa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3"/>
              </w:rPr>
              <w:t>Main branch · Dr Sara Al Harbi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every patient is asked for feedback after the session, and a low score reaches a named person the same day: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pgSz w:w="8391" w:h="11906"/>
      <w:pgMar w:top="510" w:right="510" w:bottom="680" w:left="510" w:header="720" w:footer="3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demo/?utm_source=template&amp;utm_medium=download&amp;utm_content=google-review-po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google-review-poster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