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1360"/>
      </w:tblGrid>
      <w:tr>
        <w:trPr>
          <w:trHeight w:val="1361" w:hRule="exact"/>
        </w:trPr>
        <w:tc>
          <w:tcPr>
            <w:tcW w:type="dxa" w:w="1361"/>
            <w:tcBorders>
              <w:top w:val="dashed" w:sz="8" w:space="0" w:color="B3ABB9"/>
              <w:left w:val="dashed" w:sz="8" w:space="0" w:color="B3ABB9"/>
              <w:bottom w:val="dashed" w:sz="8" w:space="0" w:color="B3ABB9"/>
              <w:right w:val="dashed" w:sz="8" w:space="0" w:color="B3ABB9"/>
            </w:tcBorders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الشعار</w:t>
            </w:r>
          </w:p>
        </w:tc>
      </w:tr>
    </w:tbl>
    <w:p>
      <w:pPr>
        <w:bidi/>
        <w:spacing w:after="0" w:before="120"/>
        <w:jc w:val="center"/>
      </w:pPr>
      <w:r>
        <w:rPr>
          <w:b/>
          <w:bCs/>
          <w:i w:val="0"/>
          <w:color w:val="5B2A6E" w:themeColor="accent1"/>
          <w:sz w:val="24"/>
          <w:szCs w:val="24"/>
          <w:rtl/>
        </w:rPr>
        <w:t>مجمع النور الطبي</w:t>
      </w:r>
    </w:p>
    <w:p>
      <w:pPr>
        <w:bidi/>
        <w:spacing w:after="0" w:before="320"/>
        <w:jc w:val="center"/>
      </w:pPr>
      <w:r>
        <w:rPr>
          <w:b/>
          <w:bCs/>
          <w:i w:val="0"/>
          <w:color w:val="5B2A6E" w:themeColor="accent1"/>
          <w:sz w:val="88"/>
          <w:szCs w:val="88"/>
          <w:rtl/>
        </w:rPr>
        <w:t>رأيك يهمنا</w:t>
      </w:r>
    </w:p>
    <w:p>
      <w:pPr>
        <w:bidi/>
        <w:spacing w:after="0" w:before="40"/>
        <w:jc w:val="center"/>
      </w:pPr>
      <w:r>
        <w:rPr>
          <w:b w:val="0"/>
          <w:i w:val="0"/>
          <w:color w:val="2C1636"/>
          <w:sz w:val="30"/>
          <w:szCs w:val="30"/>
          <w:rtl/>
        </w:rPr>
        <w:t>قيّم زيارتك على Google في أقل من دقيقة</w:t>
      </w:r>
    </w:p>
    <w:p>
      <w:pPr>
        <w:bidi/>
        <w:spacing w:after="0" w:before="120"/>
        <w:jc w:val="center"/>
      </w:pPr>
      <w:r>
        <w:rPr>
          <w:b w:val="0"/>
          <w:i w:val="0"/>
          <w:color w:val="C98A1E" w:themeColor="accent2"/>
          <w:sz w:val="52"/>
          <w:szCs w:val="52"/>
          <w:rtl/>
        </w:rPr>
        <w:t>★★★★★</w:t>
      </w: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4876"/>
      </w:tblGrid>
      <w:tr>
        <w:trPr>
          <w:trHeight w:val="4876" w:hRule="exact"/>
        </w:trPr>
        <w:tc>
          <w:tcPr>
            <w:tcW w:type="dxa" w:w="4876"/>
            <w:tcBorders>
              <w:top w:val="single" w:sz="18" w:space="0" w:color="5B2A6E" w:themeColor="accent1"/>
              <w:left w:val="single" w:sz="18" w:space="0" w:color="5B2A6E" w:themeColor="accent1"/>
              <w:bottom w:val="single" w:sz="18" w:space="0" w:color="5B2A6E" w:themeColor="accent1"/>
              <w:right w:val="single" w:sz="18" w:space="0" w:color="5B2A6E" w:themeColor="accent1"/>
            </w:tcBorders>
            <w:shd w:val="clear" w:color="auto" w:fill="FFFFFF"/>
            <w:tcMar>
              <w:top w:w="793" w:type="dxa"/>
              <w:bottom w:w="793" w:type="dxa"/>
              <w:start w:w="793" w:type="dxa"/>
              <w:end w:w="793" w:type="dxa"/>
              <w:left w:w="793" w:type="dxa"/>
              <w:right w:w="79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6B6170"/>
                <w:sz w:val="20"/>
                <w:szCs w:val="20"/>
                <w:rtl/>
              </w:rPr>
              <w:t>ألصق هنا رمز QR لرابط التقييم في حساب عيادتك على Google</w:t>
            </w:r>
          </w:p>
        </w:tc>
      </w:tr>
    </w:tbl>
    <w:p>
      <w:pPr>
        <w:bidi/>
        <w:spacing w:after="0" w:before="0" w:line="400" w:lineRule="exact"/>
        <w:jc w:val="center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2958"/>
        <w:gridCol w:w="2958"/>
        <w:gridCol w:w="2958"/>
      </w:tblGrid>
      <w:tr>
        <w:tc>
          <w:tcPr>
            <w:tcW w:type="dxa" w:w="2958"/>
            <w:tcMar>
              <w:top w:w="113" w:type="dxa"/>
              <w:bottom w:w="113" w:type="dxa"/>
              <w:start w:w="113" w:type="dxa"/>
              <w:end w:w="113" w:type="dxa"/>
              <w:left w:w="113" w:type="dxa"/>
              <w:right w:w="11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36"/>
                <w:szCs w:val="36"/>
                <w:rtl/>
              </w:rPr>
              <w:t>1</w:t>
            </w:r>
          </w:p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  <w:szCs w:val="22"/>
                <w:rtl/>
              </w:rPr>
              <w:t>وجّه كاميرا هاتفك إلى الرمز</w:t>
            </w:r>
          </w:p>
        </w:tc>
        <w:tc>
          <w:tcPr>
            <w:tcW w:type="dxa" w:w="2958"/>
            <w:tcMar>
              <w:top w:w="113" w:type="dxa"/>
              <w:bottom w:w="113" w:type="dxa"/>
              <w:start w:w="113" w:type="dxa"/>
              <w:end w:w="113" w:type="dxa"/>
              <w:left w:w="113" w:type="dxa"/>
              <w:right w:w="11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36"/>
                <w:szCs w:val="36"/>
                <w:rtl/>
              </w:rPr>
              <w:t>2</w:t>
            </w:r>
          </w:p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  <w:szCs w:val="22"/>
                <w:rtl/>
              </w:rPr>
              <w:t>اختر النجوم واكتب سطرًا عن زيارتك</w:t>
            </w:r>
          </w:p>
        </w:tc>
        <w:tc>
          <w:tcPr>
            <w:tcW w:type="dxa" w:w="2958"/>
            <w:tcMar>
              <w:top w:w="113" w:type="dxa"/>
              <w:bottom w:w="113" w:type="dxa"/>
              <w:start w:w="113" w:type="dxa"/>
              <w:end w:w="113" w:type="dxa"/>
              <w:left w:w="113" w:type="dxa"/>
              <w:right w:w="11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36"/>
                <w:szCs w:val="36"/>
                <w:rtl/>
              </w:rPr>
              <w:t>3</w:t>
            </w:r>
          </w:p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  <w:szCs w:val="22"/>
                <w:rtl/>
              </w:rPr>
              <w:t>اضغط «نشر»، وشكرًا لك</w:t>
            </w:r>
          </w:p>
        </w:tc>
      </w:tr>
    </w:tbl>
    <w:p>
      <w:pPr>
        <w:bidi/>
        <w:spacing w:after="0" w:before="0" w:line="520" w:lineRule="exact"/>
        <w:jc w:val="center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rHeight w:val="907" w:hRule="exact"/>
        </w:trPr>
        <w:tc>
          <w:tcPr>
            <w:tcW w:type="dxa" w:w="5159"/>
            <w:shd w:val="clear" w:color="auto" w:fill="5B2A6E" w:themeFill="accent1"/>
            <w:tcMar>
              <w:top w:w="283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28"/>
                <w:szCs w:val="28"/>
                <w:rtl/>
              </w:rPr>
              <w:t>شكرًا لثقتك</w:t>
            </w:r>
          </w:p>
        </w:tc>
        <w:tc>
          <w:tcPr>
            <w:tcW w:type="dxa" w:w="5159"/>
            <w:shd w:val="clear" w:color="auto" w:fill="5B2A6E" w:themeFill="accent1"/>
            <w:tcMar>
              <w:top w:w="283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b w:val="0"/>
                <w:i w:val="0"/>
                <w:color w:val="FFFFFF"/>
                <w:sz w:val="22"/>
                <w:szCs w:val="22"/>
                <w:rtl/>
              </w:rPr>
              <w:t>الفرع الرئيسي · د. سارة الحربي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  <w:sectPr>
          <w:footerReference w:type="default" r:id="rId9"/>
          <w:pgSz w:w="11906" w:h="16838"/>
          <w:pgMar w:top="794" w:right="794" w:bottom="737" w:left="794" w:header="720" w:footer="332" w:gutter="0"/>
          <w:cols w:space="720"/>
          <w:docGrid w:linePitch="360"/>
          <w:bidi/>
        </w:sectPr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6747"/>
      </w:tblGrid>
      <w:tr>
        <w:trPr>
          <w:trHeight w:val="12586" w:hRule="exact"/>
        </w:trPr>
        <w:tc>
          <w:tcPr>
            <w:tcW w:type="dxa" w:w="6746"/>
            <w:shd w:val="clear" w:color="auto" w:fill="5B2A6E" w:themeFill="accent1"/>
            <w:tcMar>
              <w:top w:w="555" w:type="dxa"/>
              <w:bottom w:w="226" w:type="dxa"/>
              <w:start w:w="226" w:type="dxa"/>
              <w:end w:w="226" w:type="dxa"/>
              <w:left w:w="226" w:type="dxa"/>
              <w:right w:w="226" w:type="dxa"/>
            </w:tcMar>
          </w:tcPr>
          <w:p>
            <w:pPr>
              <w:bidi/>
              <w:spacing w:after="0" w:before="0" w:line="40" w:lineRule="exact"/>
              <w:jc w:val="center"/>
            </w:pPr>
          </w:p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52"/>
            </w:tblGrid>
            <w:tr>
              <w:trPr>
                <w:trHeight w:val="952" w:hRule="exact"/>
              </w:trPr>
              <w:tc>
                <w:tcPr>
                  <w:tcW w:type="dxa" w:w="952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  <w:szCs w:val="15"/>
                      <w:rtl/>
                    </w:rPr>
                    <w:t>الشعار</w:t>
                  </w:r>
                </w:p>
              </w:tc>
            </w:tr>
          </w:tbl>
          <w:p/>
          <w:p>
            <w:pPr>
              <w:bidi/>
              <w:spacing w:after="0" w:before="84"/>
              <w:jc w:val="center"/>
            </w:pPr>
            <w:r>
              <w:rPr>
                <w:b/>
                <w:bCs/>
                <w:i w:val="0"/>
                <w:color w:val="FFFFFF"/>
                <w:sz w:val="16"/>
                <w:szCs w:val="16"/>
                <w:rtl/>
              </w:rPr>
              <w:t>مجمع النور الطبي</w:t>
            </w:r>
          </w:p>
          <w:p>
            <w:pPr>
              <w:bidi/>
              <w:spacing w:after="0" w:before="224"/>
              <w:jc w:val="center"/>
            </w:pPr>
            <w:r>
              <w:rPr>
                <w:b/>
                <w:bCs/>
                <w:i w:val="0"/>
                <w:color w:val="FFFFFF"/>
                <w:sz w:val="61"/>
                <w:szCs w:val="61"/>
                <w:rtl/>
              </w:rPr>
              <w:t>رأيك يهمنا</w:t>
            </w:r>
          </w:p>
          <w:p>
            <w:pPr>
              <w:bidi/>
              <w:spacing w:after="0" w:before="40"/>
              <w:jc w:val="center"/>
            </w:pPr>
            <w:r>
              <w:rPr>
                <w:b w:val="0"/>
                <w:i w:val="0"/>
                <w:color w:val="FFFFFF"/>
                <w:sz w:val="21"/>
                <w:szCs w:val="21"/>
                <w:rtl/>
              </w:rPr>
              <w:t>قيّم زيارتك على Google في أقل من دقيقة</w:t>
            </w:r>
          </w:p>
          <w:p>
            <w:pPr>
              <w:bidi/>
              <w:spacing w:after="0" w:before="84"/>
              <w:jc w:val="center"/>
            </w:pPr>
            <w:r>
              <w:rPr>
                <w:b w:val="0"/>
                <w:i w:val="0"/>
                <w:color w:val="C98A1E" w:themeColor="accent2"/>
                <w:sz w:val="36"/>
                <w:szCs w:val="36"/>
                <w:rtl/>
              </w:rPr>
              <w:t>★★★★★</w:t>
            </w:r>
          </w:p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937"/>
            </w:tblGrid>
            <w:tr>
              <w:trPr>
                <w:trHeight w:val="2937" w:hRule="exact"/>
              </w:trPr>
              <w:tc>
                <w:tcPr>
                  <w:tcW w:type="dxa" w:w="2937"/>
                  <w:tcBorders>
                    <w:top w:val="single" w:sz="18" w:space="0" w:color="FFFFFF"/>
                    <w:left w:val="single" w:sz="18" w:space="0" w:color="FFFFFF"/>
                    <w:bottom w:val="single" w:sz="18" w:space="0" w:color="FFFFFF"/>
                    <w:right w:val="single" w:sz="18" w:space="0" w:color="FFFFFF"/>
                  </w:tcBorders>
                  <w:shd w:val="clear" w:color="auto" w:fill="FFFFFF"/>
                  <w:tcMar>
                    <w:top w:w="555" w:type="dxa"/>
                    <w:bottom w:w="555" w:type="dxa"/>
                    <w:start w:w="555" w:type="dxa"/>
                    <w:end w:w="555" w:type="dxa"/>
                    <w:left w:w="555" w:type="dxa"/>
                    <w:right w:w="555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ألصق هنا رمز QR لرابط التقييم في حساب عيادتك على Google</w:t>
                  </w:r>
                </w:p>
              </w:tc>
            </w:tr>
          </w:tbl>
          <w:p/>
          <w:p>
            <w:pPr>
              <w:bidi/>
              <w:spacing w:after="0" w:before="0" w:line="280" w:lineRule="exact"/>
              <w:jc w:val="center"/>
            </w:pPr>
          </w:p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476"/>
              <w:gridCol w:w="4183"/>
            </w:tblGrid>
            <w:tr>
              <w:trPr>
                <w:trHeight w:val="556" w:hRule="exact"/>
              </w:trPr>
              <w:tc>
                <w:tcPr>
                  <w:tcW w:type="dxa" w:w="476"/>
                  <w:shd w:val="clear" w:color="auto" w:fill="C98A1E" w:themeFill="accent2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/>
                      <w:bCs/>
                      <w:i w:val="0"/>
                      <w:color w:val="FFFFFF"/>
                      <w:sz w:val="19"/>
                      <w:szCs w:val="19"/>
                      <w:rtl/>
                    </w:rPr>
                    <w:t>1</w:t>
                  </w:r>
                </w:p>
              </w:tc>
              <w:tc>
                <w:tcPr>
                  <w:tcW w:type="dxa" w:w="4183"/>
                  <w:tcMar>
                    <w:top w:w="119" w:type="dxa"/>
                    <w:bottom w:w="119" w:type="dxa"/>
                    <w:start w:w="119" w:type="dxa"/>
                    <w:end w:w="119" w:type="dxa"/>
                    <w:left w:w="119" w:type="dxa"/>
                    <w:right w:w="119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5"/>
                      <w:szCs w:val="15"/>
                      <w:rtl/>
                    </w:rPr>
                    <w:t>وجّه كاميرا هاتفك إلى الرمز</w:t>
                  </w:r>
                </w:p>
              </w:tc>
            </w:tr>
            <w:tr>
              <w:trPr>
                <w:trHeight w:val="556" w:hRule="exact"/>
              </w:trPr>
              <w:tc>
                <w:tcPr>
                  <w:tcW w:type="dxa" w:w="476"/>
                  <w:shd w:val="clear" w:color="auto" w:fill="C98A1E" w:themeFill="accent2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/>
                      <w:bCs/>
                      <w:i w:val="0"/>
                      <w:color w:val="FFFFFF"/>
                      <w:sz w:val="19"/>
                      <w:szCs w:val="19"/>
                      <w:rtl/>
                    </w:rPr>
                    <w:t>2</w:t>
                  </w:r>
                </w:p>
              </w:tc>
              <w:tc>
                <w:tcPr>
                  <w:tcW w:type="dxa" w:w="4183"/>
                  <w:tcMar>
                    <w:top w:w="119" w:type="dxa"/>
                    <w:bottom w:w="119" w:type="dxa"/>
                    <w:start w:w="119" w:type="dxa"/>
                    <w:end w:w="119" w:type="dxa"/>
                    <w:left w:w="119" w:type="dxa"/>
                    <w:right w:w="119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5"/>
                      <w:szCs w:val="15"/>
                      <w:rtl/>
                    </w:rPr>
                    <w:t>اختر النجوم واكتب سطرًا عن زيارتك</w:t>
                  </w:r>
                </w:p>
              </w:tc>
            </w:tr>
            <w:tr>
              <w:trPr>
                <w:trHeight w:val="556" w:hRule="exact"/>
              </w:trPr>
              <w:tc>
                <w:tcPr>
                  <w:tcW w:type="dxa" w:w="476"/>
                  <w:shd w:val="clear" w:color="auto" w:fill="C98A1E" w:themeFill="accent2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/>
                      <w:bCs/>
                      <w:i w:val="0"/>
                      <w:color w:val="FFFFFF"/>
                      <w:sz w:val="19"/>
                      <w:szCs w:val="19"/>
                      <w:rtl/>
                    </w:rPr>
                    <w:t>3</w:t>
                  </w:r>
                </w:p>
              </w:tc>
              <w:tc>
                <w:tcPr>
                  <w:tcW w:type="dxa" w:w="4183"/>
                  <w:tcMar>
                    <w:top w:w="119" w:type="dxa"/>
                    <w:bottom w:w="119" w:type="dxa"/>
                    <w:start w:w="119" w:type="dxa"/>
                    <w:end w:w="119" w:type="dxa"/>
                    <w:left w:w="119" w:type="dxa"/>
                    <w:right w:w="119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FFFFFF"/>
                      <w:sz w:val="15"/>
                      <w:szCs w:val="15"/>
                      <w:rtl/>
                    </w:rPr>
                    <w:t>اضغط «نشر»، وشكرًا لك</w:t>
                  </w:r>
                </w:p>
              </w:tc>
            </w:tr>
          </w:tbl>
          <w:p/>
          <w:p>
            <w:pPr>
              <w:bidi/>
              <w:spacing w:after="0" w:before="0" w:line="364" w:lineRule="exact"/>
              <w:jc w:val="center"/>
            </w:pPr>
          </w:p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373"/>
              <w:gridCol w:w="3373"/>
            </w:tblGrid>
            <w:tr>
              <w:trPr>
                <w:trHeight w:val="635" w:hRule="exact"/>
              </w:trPr>
              <w:tc>
                <w:tcPr>
                  <w:tcW w:type="dxa" w:w="3373"/>
                  <w:shd w:val="clear" w:color="auto" w:fill="FFFFFF"/>
                  <w:tcMar>
                    <w:top w:w="198" w:type="dxa"/>
                    <w:bottom w:w="198" w:type="dxa"/>
                    <w:start w:w="198" w:type="dxa"/>
                    <w:end w:w="198" w:type="dxa"/>
                    <w:left w:w="198" w:type="dxa"/>
                    <w:right w:w="198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19"/>
                      <w:szCs w:val="19"/>
                      <w:rtl/>
                    </w:rPr>
                    <w:t>شكرًا لثقتك</w:t>
                  </w:r>
                </w:p>
              </w:tc>
              <w:tc>
                <w:tcPr>
                  <w:tcW w:type="dxa" w:w="3373"/>
                  <w:shd w:val="clear" w:color="auto" w:fill="FFFFFF"/>
                  <w:tcMar>
                    <w:top w:w="198" w:type="dxa"/>
                    <w:bottom w:w="198" w:type="dxa"/>
                    <w:start w:w="198" w:type="dxa"/>
                    <w:end w:w="198" w:type="dxa"/>
                    <w:left w:w="198" w:type="dxa"/>
                    <w:right w:w="198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 w:val="0"/>
                      <w:i w:val="0"/>
                      <w:color w:val="5B2A6E" w:themeColor="accent1"/>
                      <w:sz w:val="15"/>
                      <w:szCs w:val="15"/>
                      <w:rtl/>
                    </w:rPr>
                    <w:t>الفرع الرئيسي · د. سارة الحربي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  <w:rPr>
          <w:sz w:val="2"/>
          <w:szCs w:val="2"/>
        </w:rPr>
        <w:sectPr>
          <w:pgSz w:w="7654" w:h="13606"/>
          <w:pgMar w:top="454" w:right="454" w:bottom="454" w:left="454" w:header="720" w:footer="204" w:gutter="0"/>
          <w:cols w:space="720"/>
          <w:docGrid w:linePitch="360"/>
          <w:bidi/>
        </w:sectPr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843"/>
      </w:tblGrid>
      <w:tr>
        <w:trPr>
          <w:trHeight w:val="844" w:hRule="exact"/>
        </w:trPr>
        <w:tc>
          <w:tcPr>
            <w:tcW w:type="dxa" w:w="844"/>
            <w:tcBorders>
              <w:top w:val="dashed" w:sz="8" w:space="0" w:color="B3ABB9"/>
              <w:left w:val="dashed" w:sz="8" w:space="0" w:color="B3ABB9"/>
              <w:bottom w:val="dashed" w:sz="8" w:space="0" w:color="B3ABB9"/>
              <w:right w:val="dashed" w:sz="8" w:space="0" w:color="B3ABB9"/>
            </w:tcBorders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الشعار</w:t>
            </w:r>
          </w:p>
        </w:tc>
      </w:tr>
    </w:tbl>
    <w:p>
      <w:pPr>
        <w:bidi/>
        <w:spacing w:after="0" w:before="74"/>
        <w:jc w:val="center"/>
      </w:pPr>
      <w:r>
        <w:rPr>
          <w:b/>
          <w:bCs/>
          <w:i w:val="0"/>
          <w:color w:val="5B2A6E" w:themeColor="accent1"/>
          <w:sz w:val="14"/>
          <w:szCs w:val="14"/>
          <w:rtl/>
        </w:rPr>
        <w:t>مجمع النور الطبي</w:t>
      </w:r>
    </w:p>
    <w:p>
      <w:pPr>
        <w:bidi/>
        <w:spacing w:after="0" w:before="198"/>
        <w:jc w:val="center"/>
      </w:pPr>
      <w:r>
        <w:rPr>
          <w:b/>
          <w:bCs/>
          <w:i w:val="0"/>
          <w:color w:val="5B2A6E" w:themeColor="accent1"/>
          <w:sz w:val="54"/>
          <w:szCs w:val="54"/>
          <w:rtl/>
        </w:rPr>
        <w:t>رأيك يهمنا</w:t>
      </w:r>
    </w:p>
    <w:p>
      <w:pPr>
        <w:bidi/>
        <w:spacing w:after="0" w:before="40"/>
        <w:jc w:val="center"/>
      </w:pPr>
      <w:r>
        <w:rPr>
          <w:b w:val="0"/>
          <w:i w:val="0"/>
          <w:color w:val="2C1636"/>
          <w:sz w:val="18"/>
          <w:szCs w:val="18"/>
          <w:rtl/>
        </w:rPr>
        <w:t>قيّم زيارتك على Google في أقل من دقيقة</w:t>
      </w:r>
    </w:p>
    <w:p>
      <w:pPr>
        <w:bidi/>
        <w:spacing w:after="0" w:before="74"/>
        <w:jc w:val="center"/>
      </w:pPr>
      <w:r>
        <w:rPr>
          <w:b w:val="0"/>
          <w:i w:val="0"/>
          <w:color w:val="C98A1E" w:themeColor="accent2"/>
          <w:sz w:val="32"/>
          <w:szCs w:val="32"/>
          <w:rtl/>
        </w:rPr>
        <w:t>★★★★★</w:t>
      </w: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2601"/>
      </w:tblGrid>
      <w:tr>
        <w:trPr>
          <w:trHeight w:val="2601" w:hRule="exact"/>
        </w:trPr>
        <w:tc>
          <w:tcPr>
            <w:tcW w:type="dxa" w:w="2601"/>
            <w:tcBorders>
              <w:top w:val="single" w:sz="18" w:space="0" w:color="5B2A6E" w:themeColor="accent1"/>
              <w:left w:val="single" w:sz="18" w:space="0" w:color="5B2A6E" w:themeColor="accent1"/>
              <w:bottom w:val="single" w:sz="18" w:space="0" w:color="5B2A6E" w:themeColor="accent1"/>
              <w:right w:val="single" w:sz="18" w:space="0" w:color="5B2A6E" w:themeColor="accent1"/>
            </w:tcBorders>
            <w:shd w:val="clear" w:color="auto" w:fill="FFFFFF"/>
            <w:tcMar>
              <w:top w:w="492" w:type="dxa"/>
              <w:bottom w:w="492" w:type="dxa"/>
              <w:start w:w="492" w:type="dxa"/>
              <w:end w:w="492" w:type="dxa"/>
              <w:left w:w="492" w:type="dxa"/>
              <w:right w:w="492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6B6170"/>
                <w:sz w:val="12"/>
                <w:szCs w:val="12"/>
                <w:rtl/>
              </w:rPr>
              <w:t>ألصق هنا رمز QR لرابط التقييم في حساب عيادتك على Google</w:t>
            </w:r>
          </w:p>
        </w:tc>
      </w:tr>
    </w:tbl>
    <w:p>
      <w:pPr>
        <w:bidi/>
        <w:spacing w:after="0" w:before="0" w:line="248" w:lineRule="exact"/>
        <w:jc w:val="center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2080"/>
        <w:gridCol w:w="2080"/>
        <w:gridCol w:w="2080"/>
      </w:tblGrid>
      <w:tr>
        <w:tc>
          <w:tcPr>
            <w:tcW w:type="dxa" w:w="2080"/>
            <w:tcMar>
              <w:top w:w="70" w:type="dxa"/>
              <w:bottom w:w="70" w:type="dxa"/>
              <w:start w:w="70" w:type="dxa"/>
              <w:end w:w="70" w:type="dxa"/>
              <w:left w:w="70" w:type="dxa"/>
              <w:right w:w="70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1</w:t>
            </w:r>
          </w:p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13"/>
                <w:szCs w:val="13"/>
                <w:rtl/>
              </w:rPr>
              <w:t>وجّه كاميرا هاتفك إلى الرمز</w:t>
            </w:r>
          </w:p>
        </w:tc>
        <w:tc>
          <w:tcPr>
            <w:tcW w:type="dxa" w:w="2080"/>
            <w:tcMar>
              <w:top w:w="70" w:type="dxa"/>
              <w:bottom w:w="70" w:type="dxa"/>
              <w:start w:w="70" w:type="dxa"/>
              <w:end w:w="70" w:type="dxa"/>
              <w:left w:w="70" w:type="dxa"/>
              <w:right w:w="70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2</w:t>
            </w:r>
          </w:p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13"/>
                <w:szCs w:val="13"/>
                <w:rtl/>
              </w:rPr>
              <w:t>اختر النجوم واكتب سطرًا عن زيارتك</w:t>
            </w:r>
          </w:p>
        </w:tc>
        <w:tc>
          <w:tcPr>
            <w:tcW w:type="dxa" w:w="2080"/>
            <w:tcMar>
              <w:top w:w="70" w:type="dxa"/>
              <w:bottom w:w="70" w:type="dxa"/>
              <w:start w:w="70" w:type="dxa"/>
              <w:end w:w="70" w:type="dxa"/>
              <w:left w:w="70" w:type="dxa"/>
              <w:right w:w="70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3</w:t>
            </w:r>
          </w:p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13"/>
                <w:szCs w:val="13"/>
                <w:rtl/>
              </w:rPr>
              <w:t>اضغط «نشر»، وشكرًا لك</w:t>
            </w:r>
          </w:p>
        </w:tc>
      </w:tr>
    </w:tbl>
    <w:p>
      <w:pPr>
        <w:bidi/>
        <w:spacing w:after="0" w:before="0" w:line="322" w:lineRule="exact"/>
        <w:jc w:val="center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3628"/>
        <w:gridCol w:w="3628"/>
      </w:tblGrid>
      <w:tr>
        <w:trPr>
          <w:trHeight w:val="562" w:hRule="exact"/>
        </w:trPr>
        <w:tc>
          <w:tcPr>
            <w:tcW w:type="dxa" w:w="3628"/>
            <w:shd w:val="clear" w:color="auto" w:fill="5B2A6E" w:themeFill="accent1"/>
            <w:tcMar>
              <w:top w:w="175" w:type="dxa"/>
              <w:bottom w:w="175" w:type="dxa"/>
              <w:start w:w="175" w:type="dxa"/>
              <w:end w:w="175" w:type="dxa"/>
              <w:left w:w="175" w:type="dxa"/>
              <w:right w:w="175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7"/>
                <w:szCs w:val="17"/>
                <w:rtl/>
              </w:rPr>
              <w:t>شكرًا لثقتك</w:t>
            </w:r>
          </w:p>
        </w:tc>
        <w:tc>
          <w:tcPr>
            <w:tcW w:type="dxa" w:w="3628"/>
            <w:shd w:val="clear" w:color="auto" w:fill="5B2A6E" w:themeFill="accent1"/>
            <w:tcMar>
              <w:top w:w="175" w:type="dxa"/>
              <w:bottom w:w="175" w:type="dxa"/>
              <w:start w:w="175" w:type="dxa"/>
              <w:end w:w="175" w:type="dxa"/>
              <w:left w:w="175" w:type="dxa"/>
              <w:right w:w="175" w:type="dxa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b w:val="0"/>
                <w:i w:val="0"/>
                <w:color w:val="FFFFFF"/>
                <w:sz w:val="13"/>
                <w:szCs w:val="13"/>
                <w:rtl/>
              </w:rPr>
              <w:t>الفرع الرئيسي · د. سارة الحربي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szCs w:val="16"/>
          <w:rtl/>
        </w:rPr>
        <w:t xml:space="preserve">في ميديكولايز يُسأل كل مريض عن رأيه بعد الجلسة، ويصل التقييم المنخفض إلى شخص مسؤول في اليوم نفسه: </w:t>
      </w:r>
      <w:hyperlink r:id="rId10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pgSz w:w="8391" w:h="11906"/>
      <w:pgMar w:top="510" w:right="510" w:bottom="680" w:left="510" w:header="720" w:footer="306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medicolize.com/ar/demo/?utm_source=template&amp;utm_medium=download&amp;utm_content=google-review-po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5B2A6E"/>
      </a:accent1>
      <a:accent2>
        <a:srgbClr val="C98A1E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google-review-poster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