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الموافقة على إزالة الشعر بالليزر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اقرأ هذا النموذج أو اطلب أن يُقرأ لك، واسأل عن أي شيء قبل التوقيع.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الطبيب:</w:t>
            </w:r>
          </w:p>
        </w:tc>
      </w:tr>
    </w:tbl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المنطقة المعالجة: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الجهاز: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عدد الجلسات المتوقع: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نوع البشرة: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ما الإجراء</w:t>
      </w:r>
    </w:p>
    <w:p>
      <w:pPr>
        <w:bidi/>
        <w:jc w:val="right"/>
      </w:pPr>
      <w:r>
        <w:rPr>
          <w:b w:val="0"/>
          <w:i w:val="0"/>
          <w:rtl/>
        </w:rPr>
        <w:t>يرسل جهاز الليزر أو الضوء نبضات إلى بصيلات الشعر ليقلل نموه. تحتاج إلى عدة جلسات بينها أسابيع. قد تشعر بوخز أو حرارة أثناء النبضة.</w:t>
      </w: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الفوائد المتوقعة</w:t>
      </w:r>
    </w:p>
    <w:p>
      <w:pPr>
        <w:bidi/>
        <w:jc w:val="right"/>
      </w:pPr>
      <w:r>
        <w:rPr>
          <w:b w:val="0"/>
          <w:i w:val="0"/>
          <w:rtl/>
        </w:rPr>
        <w:t>شعر أقل وأنعم في المنطقة المعالجة. تختلف النتيجة من شخص لآخر، وقد يعود بعض الشعر.</w:t>
      </w: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المخاطر</w:t>
      </w: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يكتب الطبيب المخاطر التي تنطبق عليك ويشرحها لك.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مخاطر شائعة: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مخاطر نادرة لكنها خطيرة: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البدائل</w:t>
      </w:r>
    </w:p>
    <w:p>
      <w:pPr>
        <w:bidi/>
        <w:jc w:val="right"/>
      </w:pPr>
      <w:r>
        <w:rPr>
          <w:b w:val="0"/>
          <w:i w:val="0"/>
          <w:rtl/>
        </w:rPr>
        <w:t>الحلاقة، والشمع، والخيط، والكريمات المزيلة، والتحليل الكهربائي.</w:t>
      </w: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إذا لم يتم الإجراء</w:t>
      </w:r>
    </w:p>
    <w:p>
      <w:pPr>
        <w:bidi/>
        <w:jc w:val="right"/>
      </w:pPr>
      <w:r>
        <w:rPr>
          <w:b w:val="0"/>
          <w:i w:val="0"/>
          <w:rtl/>
        </w:rPr>
        <w:t>يستمر نمو الشعر كما هو.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ما ألتزم به بعد الإجراء</w:t>
      </w:r>
    </w:p>
    <w:p>
      <w:pPr>
        <w:bidi/>
        <w:jc w:val="right"/>
      </w:pPr>
      <w:r>
        <w:rPr>
          <w:b w:val="0"/>
          <w:i w:val="0"/>
          <w:rtl/>
        </w:rPr>
        <w:t>• تجنب الشمس حسب التعليمات المكتوبة.</w:t>
      </w:r>
    </w:p>
    <w:p>
      <w:pPr>
        <w:bidi/>
        <w:jc w:val="right"/>
      </w:pPr>
      <w:r>
        <w:rPr>
          <w:b w:val="0"/>
          <w:i w:val="0"/>
          <w:rtl/>
        </w:rPr>
        <w:t>• عدم استخدام الشمع أو النتف بين الجلسات.</w:t>
      </w:r>
    </w:p>
    <w:p>
      <w:pPr>
        <w:bidi/>
        <w:jc w:val="right"/>
      </w:pPr>
      <w:r>
        <w:rPr>
          <w:b w:val="0"/>
          <w:i w:val="0"/>
          <w:rtl/>
        </w:rPr>
        <w:t>• إبلاغنا بأي دواء جديد قبل كل جلسة.</w:t>
      </w:r>
    </w:p>
    <w:p>
      <w:r>
        <w:br w:type="page"/>
      </w: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الموافقة على إزالة الشعر بالليزر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الموافقة والتوقيعات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التصوير</w:t>
      </w: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كل خيار منفصل. رفض التصوير لا يؤثر على علاجك.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التصوير لملفي الطبي فقط.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استخدام الصور دون إظهار هويتي للتعليم الطبي.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استخدام الصور في تسويق العيادة.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الأسئلة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أُتيحت لي فرصة السؤال، وأُجيب عن أسئلتي بما يكفيني.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إقرار المريض</w:t>
      </w:r>
    </w:p>
    <w:p>
      <w:pPr>
        <w:bidi/>
        <w:jc w:val="right"/>
      </w:pPr>
      <w:r>
        <w:rPr>
          <w:b w:val="0"/>
          <w:i w:val="0"/>
          <w:rtl/>
        </w:rPr>
        <w:t>قرأت هذا النموذج أو قُرئ لي بلغة أفهمها. فهمت الإجراء وفوائده ومخاطره وبدائله، وأوافق عليه. أعلم أنني أستطيع سحب موافقتي قبل بدء الإجراء.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المريض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التوقيع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 والوقت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ولي الأمر (للقاصرين أو من لا يستطيع التوقيع)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صلة القرابة: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الهوية: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الشاهد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إقرار الطبيب</w:t>
      </w:r>
    </w:p>
    <w:p>
      <w:pPr>
        <w:bidi/>
        <w:jc w:val="right"/>
      </w:pPr>
      <w:r>
        <w:rPr>
          <w:b w:val="0"/>
          <w:i w:val="0"/>
          <w:rtl/>
        </w:rPr>
        <w:t>شرحت للمريض أو لولي أمره الإجراء وفوائده ومخاطره وبدائله، وأجبت عن أسئلته.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الطبيب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التوقيع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المترجم (إن وُجد)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 واللغة: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الموافقة على الحقن التجميلي (الفيلر والبوتوكس)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اقرأ هذا النموذج أو اطلب أن يُقرأ لك، واسأل عن أي شيء قبل التوقيع.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الطبيب:</w:t>
            </w:r>
          </w:p>
        </w:tc>
      </w:tr>
    </w:tbl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المادة: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المناطق: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الكمية أو الوحدات: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التشغيلة: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ما الإجراء</w:t>
      </w:r>
    </w:p>
    <w:p>
      <w:pPr>
        <w:bidi/>
        <w:jc w:val="right"/>
      </w:pPr>
      <w:r>
        <w:rPr>
          <w:b w:val="0"/>
          <w:i w:val="0"/>
          <w:rtl/>
        </w:rPr>
        <w:t>تُحقن المادة بإبرة دقيقة أو قنية في مناطق محددة من الوجه. الفيلر يملأ أو يعيد الحجم، والبوتوكس يرخي عضلات بعينها.</w:t>
      </w: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الفوائد المتوقعة</w:t>
      </w:r>
    </w:p>
    <w:p>
      <w:pPr>
        <w:bidi/>
        <w:jc w:val="right"/>
      </w:pPr>
      <w:r>
        <w:rPr>
          <w:b w:val="0"/>
          <w:i w:val="0"/>
          <w:rtl/>
        </w:rPr>
        <w:t>خطوط أنعم أو حجم مستعاد. التأثير مؤقت ويزول مع الوقت.</w:t>
      </w: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المخاطر</w:t>
      </w: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يكتب الطبيب المخاطر التي تنطبق عليك ويشرحها لك.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مخاطر شائعة: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مخاطر نادرة لكنها خطيرة: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البدائل</w:t>
      </w:r>
    </w:p>
    <w:p>
      <w:pPr>
        <w:bidi/>
        <w:jc w:val="right"/>
      </w:pPr>
      <w:r>
        <w:rPr>
          <w:b w:val="0"/>
          <w:i w:val="0"/>
          <w:rtl/>
        </w:rPr>
        <w:t>عدم العلاج، أو العناية بالبشرة، أو إجراءات أخرى يشرحها الطبيب.</w:t>
      </w: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إذا لم يتم الإجراء</w:t>
      </w:r>
    </w:p>
    <w:p>
      <w:pPr>
        <w:bidi/>
        <w:jc w:val="right"/>
      </w:pPr>
      <w:r>
        <w:rPr>
          <w:b w:val="0"/>
          <w:i w:val="0"/>
          <w:rtl/>
        </w:rPr>
        <w:t>تستمر التغيرات الطبيعية في البشرة كما هي.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ما ألتزم به بعد الإجراء</w:t>
      </w:r>
    </w:p>
    <w:p>
      <w:pPr>
        <w:bidi/>
        <w:jc w:val="right"/>
      </w:pPr>
      <w:r>
        <w:rPr>
          <w:b w:val="0"/>
          <w:i w:val="0"/>
          <w:rtl/>
        </w:rPr>
        <w:t>• اتباع ورقة تعليمات ما بعد الحقن.</w:t>
      </w:r>
    </w:p>
    <w:p>
      <w:pPr>
        <w:bidi/>
        <w:jc w:val="right"/>
      </w:pPr>
      <w:r>
        <w:rPr>
          <w:b w:val="0"/>
          <w:i w:val="0"/>
          <w:rtl/>
        </w:rPr>
        <w:t>• الاتصال بالعيادة فورًا عند تغير لون الجلد أو النظر.</w:t>
      </w:r>
    </w:p>
    <w:p>
      <w:pPr>
        <w:bidi/>
        <w:jc w:val="right"/>
      </w:pPr>
      <w:r>
        <w:rPr>
          <w:b w:val="0"/>
          <w:i w:val="0"/>
          <w:rtl/>
        </w:rPr>
        <w:t>• حضور موعد المراجعة.</w:t>
      </w:r>
    </w:p>
    <w:p>
      <w:r>
        <w:br w:type="page"/>
      </w: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الموافقة على الحقن التجميلي (الفيلر والبوتوكس)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الموافقة والتوقيعات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التصوير</w:t>
      </w: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كل خيار منفصل. رفض التصوير لا يؤثر على علاجك.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التصوير لملفي الطبي فقط.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استخدام الصور دون إظهار هويتي للتعليم الطبي.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استخدام الصور في تسويق العيادة.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الأسئلة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أُتيحت لي فرصة السؤال، وأُجيب عن أسئلتي بما يكفيني.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إقرار المريض</w:t>
      </w:r>
    </w:p>
    <w:p>
      <w:pPr>
        <w:bidi/>
        <w:jc w:val="right"/>
      </w:pPr>
      <w:r>
        <w:rPr>
          <w:b w:val="0"/>
          <w:i w:val="0"/>
          <w:rtl/>
        </w:rPr>
        <w:t>قرأت هذا النموذج أو قُرئ لي بلغة أفهمها. فهمت الإجراء وفوائده ومخاطره وبدائله، وأوافق عليه. أعلم أنني أستطيع سحب موافقتي قبل بدء الإجراء.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المريض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التوقيع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 والوقت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ولي الأمر (للقاصرين أو من لا يستطيع التوقيع)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صلة القرابة: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الهوية: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الشاهد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إقرار الطبيب</w:t>
      </w:r>
    </w:p>
    <w:p>
      <w:pPr>
        <w:bidi/>
        <w:jc w:val="right"/>
      </w:pPr>
      <w:r>
        <w:rPr>
          <w:b w:val="0"/>
          <w:i w:val="0"/>
          <w:rtl/>
        </w:rPr>
        <w:t>شرحت للمريض أو لولي أمره الإجراء وفوائده ومخاطره وبدائله، وأجبت عن أسئلته.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الطبيب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التوقيع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المترجم (إن وُجد)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 واللغة: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الموافقة على التقشير الكيميائي وعلاجات البشرة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اقرأ هذا النموذج أو اطلب أن يُقرأ لك، واسأل عن أي شيء قبل التوقيع.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الطبيب:</w:t>
            </w:r>
          </w:p>
        </w:tc>
      </w:tr>
    </w:tbl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العلاج: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المادة أو الجهاز: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المنطقة: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عدد الجلسات المتوقع: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ما الإجراء</w:t>
      </w:r>
    </w:p>
    <w:p>
      <w:pPr>
        <w:bidi/>
        <w:jc w:val="right"/>
      </w:pPr>
      <w:r>
        <w:rPr>
          <w:b w:val="0"/>
          <w:i w:val="0"/>
          <w:rtl/>
        </w:rPr>
        <w:t>يوضع محلول على الجلد ليزيل طبقاته السطحية بطريقة مضبوطة، أو يُستخدم جهاز حسب العلاج المكتوب أعلاه. قد يتبع ذلك احمرار وتقشر.</w:t>
      </w: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الفوائد المتوقعة</w:t>
      </w:r>
    </w:p>
    <w:p>
      <w:pPr>
        <w:bidi/>
        <w:jc w:val="right"/>
      </w:pPr>
      <w:r>
        <w:rPr>
          <w:b w:val="0"/>
          <w:i w:val="0"/>
          <w:rtl/>
        </w:rPr>
        <w:t>بشرة أنعم ولون أكثر توحدًا. قد تحتاج إلى عدة جلسات.</w:t>
      </w: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المخاطر</w:t>
      </w: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يكتب الطبيب المخاطر التي تنطبق عليك ويشرحها لك.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مخاطر شائعة: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مخاطر نادرة لكنها خطيرة: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البدائل</w:t>
      </w:r>
    </w:p>
    <w:p>
      <w:pPr>
        <w:bidi/>
        <w:jc w:val="right"/>
      </w:pPr>
      <w:r>
        <w:rPr>
          <w:b w:val="0"/>
          <w:i w:val="0"/>
          <w:rtl/>
        </w:rPr>
        <w:t>منتجات العناية بالبشرة، أو أجهزة أخرى، أو عدم العلاج.</w:t>
      </w: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إذا لم يتم الإجراء</w:t>
      </w:r>
    </w:p>
    <w:p>
      <w:pPr>
        <w:bidi/>
        <w:jc w:val="right"/>
      </w:pPr>
      <w:r>
        <w:rPr>
          <w:b w:val="0"/>
          <w:i w:val="0"/>
          <w:rtl/>
        </w:rPr>
        <w:t>تبقى البشرة على حالها.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ما ألتزم به بعد الإجراء</w:t>
      </w:r>
    </w:p>
    <w:p>
      <w:pPr>
        <w:bidi/>
        <w:jc w:val="right"/>
      </w:pPr>
      <w:r>
        <w:rPr>
          <w:b w:val="0"/>
          <w:i w:val="0"/>
          <w:rtl/>
        </w:rPr>
        <w:t>• استخدام واقي الشمس يوميًا.</w:t>
      </w:r>
    </w:p>
    <w:p>
      <w:pPr>
        <w:bidi/>
        <w:jc w:val="right"/>
      </w:pPr>
      <w:r>
        <w:rPr>
          <w:b w:val="0"/>
          <w:i w:val="0"/>
          <w:rtl/>
        </w:rPr>
        <w:t>• عدم نزع القشور.</w:t>
      </w:r>
    </w:p>
    <w:p>
      <w:pPr>
        <w:bidi/>
        <w:jc w:val="right"/>
      </w:pPr>
      <w:r>
        <w:rPr>
          <w:b w:val="0"/>
          <w:i w:val="0"/>
          <w:rtl/>
        </w:rPr>
        <w:t>• إيقاف المنتجات التي طلب الطبيب إيقافها.</w:t>
      </w:r>
    </w:p>
    <w:p>
      <w:r>
        <w:br w:type="page"/>
      </w: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الموافقة على التقشير الكيميائي وعلاجات البشرة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الموافقة والتوقيعات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التصوير</w:t>
      </w: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كل خيار منفصل. رفض التصوير لا يؤثر على علاجك.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التصوير لملفي الطبي فقط.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استخدام الصور دون إظهار هويتي للتعليم الطبي.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استخدام الصور في تسويق العيادة.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الأسئلة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أُتيحت لي فرصة السؤال، وأُجيب عن أسئلتي بما يكفيني.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إقرار المريض</w:t>
      </w:r>
    </w:p>
    <w:p>
      <w:pPr>
        <w:bidi/>
        <w:jc w:val="right"/>
      </w:pPr>
      <w:r>
        <w:rPr>
          <w:b w:val="0"/>
          <w:i w:val="0"/>
          <w:rtl/>
        </w:rPr>
        <w:t>قرأت هذا النموذج أو قُرئ لي بلغة أفهمها. فهمت الإجراء وفوائده ومخاطره وبدائله، وأوافق عليه. أعلم أنني أستطيع سحب موافقتي قبل بدء الإجراء.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المريض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التوقيع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 والوقت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ولي الأمر (للقاصرين أو من لا يستطيع التوقيع)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صلة القرابة: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الهوية: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الشاهد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إقرار الطبيب</w:t>
      </w:r>
    </w:p>
    <w:p>
      <w:pPr>
        <w:bidi/>
        <w:jc w:val="right"/>
      </w:pPr>
      <w:r>
        <w:rPr>
          <w:b w:val="0"/>
          <w:i w:val="0"/>
          <w:rtl/>
        </w:rPr>
        <w:t>شرحت للمريض أو لولي أمره الإجراء وفوائده ومخاطره وبدائله، وأجبت عن أسئلته.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الطبيب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التوقيع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المترجم (إن وُجد)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 واللغة: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الموافقة على إجراء جراحي صغير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اقرأ هذا النموذج أو اطلب أن يُقرأ لك، واسأل عن أي شيء قبل التوقيع.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الطبيب:</w:t>
            </w:r>
          </w:p>
        </w:tc>
      </w:tr>
    </w:tbl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الإجراء: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الموضع: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نوع التخدير: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عينة للمختبر (نعم / لا):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ما الإجراء</w:t>
      </w:r>
    </w:p>
    <w:p>
      <w:pPr>
        <w:bidi/>
        <w:jc w:val="right"/>
      </w:pPr>
      <w:r>
        <w:rPr>
          <w:b w:val="0"/>
          <w:i w:val="0"/>
          <w:rtl/>
        </w:rPr>
        <w:t>إزالة أو إصلاح آفة (مثل كيس أو شامة أو زائدة جلدية) تحت تخدير موضعي، ثم إغلاق الجرح بغرز أو تركه يلتئم.</w:t>
      </w: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الفوائد المتوقعة</w:t>
      </w:r>
    </w:p>
    <w:p>
      <w:pPr>
        <w:bidi/>
        <w:jc w:val="right"/>
      </w:pPr>
      <w:r>
        <w:rPr>
          <w:b w:val="0"/>
          <w:i w:val="0"/>
          <w:rtl/>
        </w:rPr>
        <w:t>إزالة الآفة، ومعرفة طبيعتها إذا أُرسلت عينة للمختبر.</w:t>
      </w: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المخاطر</w:t>
      </w: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يكتب الطبيب المخاطر التي تنطبق عليك ويشرحها لك.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مخاطر شائعة: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مخاطر نادرة لكنها خطيرة: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البدائل</w:t>
      </w:r>
    </w:p>
    <w:p>
      <w:pPr>
        <w:bidi/>
        <w:jc w:val="right"/>
      </w:pPr>
      <w:r>
        <w:rPr>
          <w:b w:val="0"/>
          <w:i w:val="0"/>
          <w:rtl/>
        </w:rPr>
        <w:t>المتابعة دون تدخل، أو طرق أخرى كالتجميد أو الليزر، أو التحويل.</w:t>
      </w: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إذا لم يتم الإجراء</w:t>
      </w:r>
    </w:p>
    <w:p>
      <w:pPr>
        <w:bidi/>
        <w:jc w:val="right"/>
      </w:pPr>
      <w:r>
        <w:rPr>
          <w:b w:val="0"/>
          <w:i w:val="0"/>
          <w:rtl/>
        </w:rPr>
        <w:t>قد تبقى الآفة كما هي أو تكبر أو تسبب أعراضًا. يشرح الطبيب ما ينطبق عليك.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ما ألتزم به بعد الإجراء</w:t>
      </w:r>
    </w:p>
    <w:p>
      <w:pPr>
        <w:bidi/>
        <w:jc w:val="right"/>
      </w:pPr>
      <w:r>
        <w:rPr>
          <w:b w:val="0"/>
          <w:i w:val="0"/>
          <w:rtl/>
        </w:rPr>
        <w:t>• العناية بالجرح كما شُرح لي.</w:t>
      </w:r>
    </w:p>
    <w:p>
      <w:pPr>
        <w:bidi/>
        <w:jc w:val="right"/>
      </w:pPr>
      <w:r>
        <w:rPr>
          <w:b w:val="0"/>
          <w:i w:val="0"/>
          <w:rtl/>
        </w:rPr>
        <w:t>• حضور موعد فك الغرز وموعد النتيجة.</w:t>
      </w:r>
    </w:p>
    <w:p>
      <w:pPr>
        <w:bidi/>
        <w:jc w:val="right"/>
      </w:pPr>
      <w:r>
        <w:rPr>
          <w:b w:val="0"/>
          <w:i w:val="0"/>
          <w:rtl/>
        </w:rPr>
        <w:t>• الاتصال بالعيادة عند النزيف أو علامات الالتهاب.</w:t>
      </w:r>
    </w:p>
    <w:p>
      <w:r>
        <w:br w:type="page"/>
      </w: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الموافقة على إجراء جراحي صغير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الموافقة والتوقيعات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التصوير</w:t>
      </w: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كل خيار منفصل. رفض التصوير لا يؤثر على علاجك.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التصوير لملفي الطبي فقط.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استخدام الصور دون إظهار هويتي للتعليم الطبي.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استخدام الصور في تسويق العيادة.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الأسئلة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أُتيحت لي فرصة السؤال، وأُجيب عن أسئلتي بما يكفيني.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إقرار المريض</w:t>
      </w:r>
    </w:p>
    <w:p>
      <w:pPr>
        <w:bidi/>
        <w:jc w:val="right"/>
      </w:pPr>
      <w:r>
        <w:rPr>
          <w:b w:val="0"/>
          <w:i w:val="0"/>
          <w:rtl/>
        </w:rPr>
        <w:t>قرأت هذا النموذج أو قُرئ لي بلغة أفهمها. فهمت الإجراء وفوائده ومخاطره وبدائله، وأوافق عليه. أعلم أنني أستطيع سحب موافقتي قبل بدء الإجراء.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المريض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التوقيع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 والوقت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ولي الأمر (للقاصرين أو من لا يستطيع التوقيع)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صلة القرابة: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الهوية: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الشاهد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إقرار الطبيب</w:t>
      </w:r>
    </w:p>
    <w:p>
      <w:pPr>
        <w:bidi/>
        <w:jc w:val="right"/>
      </w:pPr>
      <w:r>
        <w:rPr>
          <w:b w:val="0"/>
          <w:i w:val="0"/>
          <w:rtl/>
        </w:rPr>
        <w:t>شرحت للمريض أو لولي أمره الإجراء وفوائده ومخاطره وبدائله، وأجبت عن أسئلته.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الطبيب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التوقيع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المترجم (إن وُجد)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 واللغة: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الموافقة على عملية تجميل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اقرأ هذا النموذج أو اطلب أن يُقرأ لك، واسأل عن أي شيء قبل التوقيع.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الطبيب:</w:t>
            </w:r>
          </w:p>
        </w:tc>
      </w:tr>
    </w:tbl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العملية: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نوع التخدير: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المكان: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العملية: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ما الإجراء</w:t>
      </w:r>
    </w:p>
    <w:p>
      <w:pPr>
        <w:bidi/>
        <w:jc w:val="right"/>
      </w:pPr>
      <w:r>
        <w:rPr>
          <w:b w:val="0"/>
          <w:i w:val="0"/>
          <w:rtl/>
        </w:rPr>
        <w:t>عملية جراحية لتغيير شكل جزء من الجسم أو مظهره، تحت التخدير المذكور أعلاه. يشرح الجراح الخطوات، ومكان الجروح، ومدة البقاء.</w:t>
      </w: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الفوائد المتوقعة</w:t>
      </w:r>
    </w:p>
    <w:p>
      <w:pPr>
        <w:bidi/>
        <w:jc w:val="right"/>
      </w:pPr>
      <w:r>
        <w:rPr>
          <w:b w:val="0"/>
          <w:i w:val="0"/>
          <w:rtl/>
        </w:rPr>
        <w:t>التغيير الذي ناقشناه معًا. النتيجة تختلف من شخص لآخر ولا يمكن ضمانها.</w:t>
      </w: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المخاطر</w:t>
      </w: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يكتب الطبيب المخاطر التي تنطبق عليك ويشرحها لك.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مخاطر شائعة: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مخاطر نادرة لكنها خطيرة: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البدائل</w:t>
      </w:r>
    </w:p>
    <w:p>
      <w:pPr>
        <w:bidi/>
        <w:jc w:val="right"/>
      </w:pPr>
      <w:r>
        <w:rPr>
          <w:b w:val="0"/>
          <w:i w:val="0"/>
          <w:rtl/>
        </w:rPr>
        <w:t>عدم الجراحة، أو إجراءات غير جراحية، أو رأي طبيب آخر.</w:t>
      </w: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إذا لم يتم الإجراء</w:t>
      </w:r>
    </w:p>
    <w:p>
      <w:pPr>
        <w:bidi/>
        <w:jc w:val="right"/>
      </w:pPr>
      <w:r>
        <w:rPr>
          <w:b w:val="0"/>
          <w:i w:val="0"/>
          <w:rtl/>
        </w:rPr>
        <w:t>يبقى الشكل كما هو.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ما ألتزم به بعد الإجراء</w:t>
      </w:r>
    </w:p>
    <w:p>
      <w:pPr>
        <w:bidi/>
        <w:jc w:val="right"/>
      </w:pPr>
      <w:r>
        <w:rPr>
          <w:b w:val="0"/>
          <w:i w:val="0"/>
          <w:rtl/>
        </w:rPr>
        <w:t>• لبس المشد والعناية بأنابيب التصريف كما شُرح لي.</w:t>
      </w:r>
    </w:p>
    <w:p>
      <w:pPr>
        <w:bidi/>
        <w:jc w:val="right"/>
      </w:pPr>
      <w:r>
        <w:rPr>
          <w:b w:val="0"/>
          <w:i w:val="0"/>
          <w:rtl/>
        </w:rPr>
        <w:t>• حضور كل مواعيد المتابعة.</w:t>
      </w:r>
    </w:p>
    <w:p>
      <w:pPr>
        <w:bidi/>
        <w:jc w:val="right"/>
      </w:pPr>
      <w:r>
        <w:rPr>
          <w:b w:val="0"/>
          <w:i w:val="0"/>
          <w:rtl/>
        </w:rPr>
        <w:t>• الامتناع عن التدخين حسب تعليمات الجراح.</w:t>
      </w:r>
    </w:p>
    <w:p>
      <w:r>
        <w:br w:type="page"/>
      </w: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الموافقة على عملية تجميل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الموافقة والتوقيعات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مهلة التفكير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الاستشارة: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التوقيع:</w:t>
            </w:r>
          </w:p>
        </w:tc>
      </w:tr>
    </w:tbl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أُعطيت وقتًا كافيًا للتفكير قبل الموافقة، ولم أُطالَب بالقرار في الزيارة نفسها.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سياسة الجراحة التصحيحية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ما شُرح لي عن الجراحة التصحيحية وتكلفتها: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التصوير</w:t>
      </w: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كل خيار منفصل. رفض التصوير لا يؤثر على علاجك.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التصوير لملفي الطبي فقط.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استخدام الصور دون إظهار هويتي للتعليم الطبي.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استخدام الصور في تسويق العيادة.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الأسئلة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أُتيحت لي فرصة السؤال، وأُجيب عن أسئلتي بما يكفيني.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إقرار المريض</w:t>
      </w:r>
    </w:p>
    <w:p>
      <w:pPr>
        <w:bidi/>
        <w:jc w:val="right"/>
      </w:pPr>
      <w:r>
        <w:rPr>
          <w:b w:val="0"/>
          <w:i w:val="0"/>
          <w:rtl/>
        </w:rPr>
        <w:t>قرأت هذا النموذج أو قُرئ لي بلغة أفهمها. فهمت الإجراء وفوائده ومخاطره وبدائله، وأوافق عليه. أعلم أنني أستطيع سحب موافقتي قبل بدء الإجراء.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المريض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التوقيع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 والوقت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ولي الأمر (للقاصرين أو من لا يستطيع التوقيع)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صلة القرابة: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الهوية: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الشاهد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إقرار الطبيب</w:t>
      </w:r>
    </w:p>
    <w:p>
      <w:pPr>
        <w:bidi/>
        <w:jc w:val="right"/>
      </w:pPr>
      <w:r>
        <w:rPr>
          <w:b w:val="0"/>
          <w:i w:val="0"/>
          <w:rtl/>
        </w:rPr>
        <w:t>شرحت للمريض أو لولي أمره الإجراء وفوائده ومخاطره وبدائله، وأجبت عن أسئلته.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الطبيب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التوقيع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المترجم (إن وُجد)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 واللغة: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الموافقة على العلاج الطبيعي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اقرأ هذا النموذج أو اطلب أن يُقرأ لك، واسأل عن أي شيء قبل التوقيع.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الطبيب:</w:t>
            </w:r>
          </w:p>
        </w:tc>
      </w:tr>
    </w:tbl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التشخيص أو المشكلة: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المعالج: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عدد الجلسات المتوقع: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المحوِّل: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ما الإجراء</w:t>
      </w:r>
    </w:p>
    <w:p>
      <w:pPr>
        <w:bidi/>
        <w:jc w:val="right"/>
      </w:pPr>
      <w:r>
        <w:rPr>
          <w:b w:val="0"/>
          <w:i w:val="0"/>
          <w:rtl/>
        </w:rPr>
        <w:t>تقييم ثم علاج بالتمارين والعلاج اليدوي والأجهزة (حرارة، تحفيز كهربائي، موجات) حسب خطتك. بعض الأساليب تتطلب لمسًا مباشرًا، ويمكنك طلب مرافق.</w:t>
      </w: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الفوائد المتوقعة</w:t>
      </w:r>
    </w:p>
    <w:p>
      <w:pPr>
        <w:bidi/>
        <w:jc w:val="right"/>
      </w:pPr>
      <w:r>
        <w:rPr>
          <w:b w:val="0"/>
          <w:i w:val="0"/>
          <w:rtl/>
        </w:rPr>
        <w:t>ألم أقل وحركة ووظيفة أفضل.</w:t>
      </w: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المخاطر</w:t>
      </w: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يكتب الطبيب المخاطر التي تنطبق عليك ويشرحها لك.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مخاطر شائعة: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مخاطر نادرة لكنها خطيرة: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البدائل</w:t>
      </w:r>
    </w:p>
    <w:p>
      <w:pPr>
        <w:bidi/>
        <w:jc w:val="right"/>
      </w:pPr>
      <w:r>
        <w:rPr>
          <w:b w:val="0"/>
          <w:i w:val="0"/>
          <w:rtl/>
        </w:rPr>
        <w:t>الأدوية التي يصفها الطبيب، أو الراحة، أو علاجات أخرى.</w:t>
      </w: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إذا لم يتم الإجراء</w:t>
      </w:r>
    </w:p>
    <w:p>
      <w:pPr>
        <w:bidi/>
        <w:jc w:val="right"/>
      </w:pPr>
      <w:r>
        <w:rPr>
          <w:b w:val="0"/>
          <w:i w:val="0"/>
          <w:rtl/>
        </w:rPr>
        <w:t>حسب حالتك، قد تستمر الأعراض أو تزيد.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ما ألتزم به بعد الإجراء</w:t>
      </w:r>
    </w:p>
    <w:p>
      <w:pPr>
        <w:bidi/>
        <w:jc w:val="right"/>
      </w:pPr>
      <w:r>
        <w:rPr>
          <w:b w:val="0"/>
          <w:i w:val="0"/>
          <w:rtl/>
        </w:rPr>
        <w:t>• أداء التمارين المنزلية كما كُتبت لي.</w:t>
      </w:r>
    </w:p>
    <w:p>
      <w:pPr>
        <w:bidi/>
        <w:jc w:val="right"/>
      </w:pPr>
      <w:r>
        <w:rPr>
          <w:b w:val="0"/>
          <w:i w:val="0"/>
          <w:rtl/>
        </w:rPr>
        <w:t>• إخبار المعالج بأي ألم جديد أو متزايد.</w:t>
      </w:r>
    </w:p>
    <w:p>
      <w:pPr>
        <w:bidi/>
        <w:jc w:val="right"/>
      </w:pPr>
      <w:r>
        <w:rPr>
          <w:b w:val="0"/>
          <w:i w:val="0"/>
          <w:rtl/>
        </w:rPr>
        <w:t>• حضور الجلسات في مواعيدها.</w:t>
      </w:r>
    </w:p>
    <w:p>
      <w:r>
        <w:br w:type="page"/>
      </w: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الموافقة على العلاج الطبيعي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الموافقة والتوقيعات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أرغب في وجود مرافق أثناء العلاج.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التصوير</w:t>
      </w: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كل خيار منفصل. رفض التصوير لا يؤثر على علاجك.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التصوير لملفي الطبي فقط.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استخدام الصور دون إظهار هويتي للتعليم الطبي.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استخدام الصور في تسويق العيادة.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الأسئلة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أُتيحت لي فرصة السؤال، وأُجيب عن أسئلتي بما يكفيني.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إقرار المريض</w:t>
      </w:r>
    </w:p>
    <w:p>
      <w:pPr>
        <w:bidi/>
        <w:jc w:val="right"/>
      </w:pPr>
      <w:r>
        <w:rPr>
          <w:b w:val="0"/>
          <w:i w:val="0"/>
          <w:rtl/>
        </w:rPr>
        <w:t>قرأت هذا النموذج أو قُرئ لي بلغة أفهمها. فهمت الإجراء وفوائده ومخاطره وبدائله، وأوافق عليه. أعلم أنني أستطيع سحب موافقتي قبل بدء الإجراء.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المريض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التوقيع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 والوقت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ولي الأمر (للقاصرين أو من لا يستطيع التوقيع)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صلة القرابة: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الهوية: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الشاهد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إقرار الطبيب</w:t>
      </w:r>
    </w:p>
    <w:p>
      <w:pPr>
        <w:bidi/>
        <w:jc w:val="right"/>
      </w:pPr>
      <w:r>
        <w:rPr>
          <w:b w:val="0"/>
          <w:i w:val="0"/>
          <w:rtl/>
        </w:rPr>
        <w:t>شرحت للمريض أو لولي أمره الإجراء وفوائده ومخاطره وبدائله، وأجبت عن أسئلته.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الطبيب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التوقيع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المترجم (إن وُجد)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 واللغة: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الموافقة على الاستشارة عن بعد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اقرأ هذا النموذج أو اطلب أن يُقرأ لك، واسأل عن أي شيء قبل التوقيع.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الطبيب:</w:t>
            </w:r>
          </w:p>
        </w:tc>
      </w:tr>
    </w:tbl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الطبيب: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الوسيلة (فيديو / هاتف):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موعد الاستشارة: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معاودة الاتصال: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ما الإجراء</w:t>
      </w:r>
    </w:p>
    <w:p>
      <w:pPr>
        <w:bidi/>
        <w:jc w:val="right"/>
      </w:pPr>
      <w:r>
        <w:rPr>
          <w:b w:val="0"/>
          <w:i w:val="0"/>
          <w:rtl/>
        </w:rPr>
        <w:t>استشارة بالفيديو أو الهاتف بدلًا من الحضور. لا يستطيع الطبيب فحصك فحصًا جسديًا، فقد يطلب منك الحضور إلى العيادة.</w:t>
      </w: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الفوائد المتوقعة</w:t>
      </w:r>
    </w:p>
    <w:p>
      <w:pPr>
        <w:bidi/>
        <w:jc w:val="right"/>
      </w:pPr>
      <w:r>
        <w:rPr>
          <w:b w:val="0"/>
          <w:i w:val="0"/>
          <w:rtl/>
        </w:rPr>
        <w:t>لا تحتاج إلى التنقل، ووصول أسرع إلى الطبيب.</w:t>
      </w: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المخاطر</w:t>
      </w: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يكتب الطبيب المخاطر التي تنطبق عليك ويشرحها لك.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مخاطر شائعة: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مخاطر نادرة لكنها خطيرة: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البدائل</w:t>
      </w:r>
    </w:p>
    <w:p>
      <w:pPr>
        <w:bidi/>
        <w:jc w:val="right"/>
      </w:pPr>
      <w:r>
        <w:rPr>
          <w:b w:val="0"/>
          <w:i w:val="0"/>
          <w:rtl/>
        </w:rPr>
        <w:t>زيارة العيادة حضوريًا.</w:t>
      </w: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إذا لم يتم الإجراء</w:t>
      </w:r>
    </w:p>
    <w:p>
      <w:pPr>
        <w:bidi/>
        <w:jc w:val="right"/>
      </w:pPr>
      <w:r>
        <w:rPr>
          <w:b w:val="0"/>
          <w:i w:val="0"/>
          <w:rtl/>
        </w:rPr>
        <w:t>لا تتم الاستشارة، ويبقى بإمكانك حجز زيارة حضورية.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ما ألتزم به بعد الإجراء</w:t>
      </w:r>
    </w:p>
    <w:p>
      <w:pPr>
        <w:bidi/>
        <w:jc w:val="right"/>
      </w:pPr>
      <w:r>
        <w:rPr>
          <w:b w:val="0"/>
          <w:i w:val="0"/>
          <w:rtl/>
        </w:rPr>
        <w:t>• أن أكون في مكان خاص أثناء الاتصال.</w:t>
      </w:r>
    </w:p>
    <w:p>
      <w:pPr>
        <w:bidi/>
        <w:jc w:val="right"/>
      </w:pPr>
      <w:r>
        <w:rPr>
          <w:b w:val="0"/>
          <w:i w:val="0"/>
          <w:rtl/>
        </w:rPr>
        <w:t>• أن أعطي معلومات صحيحة عن هويتي ومكاني.</w:t>
      </w:r>
    </w:p>
    <w:p>
      <w:pPr>
        <w:bidi/>
        <w:jc w:val="right"/>
      </w:pPr>
      <w:r>
        <w:rPr>
          <w:b w:val="0"/>
          <w:i w:val="0"/>
          <w:rtl/>
        </w:rPr>
        <w:t>• أن أحضر إلى العيادة إذا طلب الطبيب ذلك.</w:t>
      </w:r>
    </w:p>
    <w:p>
      <w:r>
        <w:br w:type="page"/>
      </w: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الموافقة على الاستشارة عن بعد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الموافقة والتوقيعات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الاتصال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التسجيل   </w:t>
      </w:r>
      <w:r>
        <w:rPr>
          <w:b w:val="0"/>
          <w:i w:val="0"/>
          <w:rtl/>
        </w:rPr>
        <w:t>☐ لا يُسجَّل    ☐ يُسجَّل بموافقتي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إذا انقطع الاتصال تعاود العيادة الاتصال بي على الرقم أعلاه.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أعلم أن الروشتة والتقارير تُرسل لي إلكترونيًا.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التصوير</w:t>
      </w: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كل خيار منفصل. رفض التصوير لا يؤثر على علاجك.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التصوير لملفي الطبي فقط.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استخدام الصور دون إظهار هويتي للتعليم الطبي.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استخدام الصور في تسويق العيادة.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الأسئلة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أُتيحت لي فرصة السؤال، وأُجيب عن أسئلتي بما يكفيني.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إقرار المريض</w:t>
      </w:r>
    </w:p>
    <w:p>
      <w:pPr>
        <w:bidi/>
        <w:jc w:val="right"/>
      </w:pPr>
      <w:r>
        <w:rPr>
          <w:b w:val="0"/>
          <w:i w:val="0"/>
          <w:rtl/>
        </w:rPr>
        <w:t>قرأت هذا النموذج أو قُرئ لي بلغة أفهمها. فهمت الإجراء وفوائده ومخاطره وبدائله، وأوافق عليه. أعلم أنني أستطيع سحب موافقتي قبل بدء الإجراء.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المريض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التوقيع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 والوقت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ولي الأمر (للقاصرين أو من لا يستطيع التوقيع)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صلة القرابة: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الهوية: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الشاهد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إقرار الطبيب</w:t>
      </w:r>
    </w:p>
    <w:p>
      <w:pPr>
        <w:bidi/>
        <w:jc w:val="right"/>
      </w:pPr>
      <w:r>
        <w:rPr>
          <w:b w:val="0"/>
          <w:i w:val="0"/>
          <w:rtl/>
        </w:rPr>
        <w:t>شرحت للمريض أو لولي أمره الإجراء وفوائده ومخاطره وبدائله، وأجبت عن أسئلته.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الطبيب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التوقيع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المترجم (إن وُجد)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 واللغة: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الموافقة العامة على العلاج ومعالجة البيانات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اقرأ هذا النموذج أو اطلب أن يُقرأ لك، واسأل عن أي شيء قبل التوقيع.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الطبيب:</w:t>
            </w:r>
          </w:p>
        </w:tc>
      </w:tr>
    </w:tbl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تاريخ التسجيل: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شركة التأمين: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ما الإجراء</w:t>
      </w:r>
    </w:p>
    <w:p>
      <w:pPr>
        <w:bidi/>
        <w:jc w:val="right"/>
      </w:pPr>
      <w:r>
        <w:rPr>
          <w:b w:val="0"/>
          <w:i w:val="0"/>
          <w:rtl/>
        </w:rPr>
        <w:t>الفحوصات والتحاليل والعلاجات المعتادة في هذه العيادة. الإجراءات الخاصة لها نموذج موافقة مستقل.</w:t>
      </w: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الفوائد المتوقعة</w:t>
      </w:r>
    </w:p>
    <w:p>
      <w:pPr>
        <w:bidi/>
        <w:jc w:val="right"/>
      </w:pPr>
      <w:r>
        <w:rPr>
          <w:b w:val="0"/>
          <w:i w:val="0"/>
          <w:rtl/>
        </w:rPr>
        <w:t>رعاية منظمة وملف واحد يحفظ تاريخك المرضي.</w:t>
      </w: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المخاطر</w:t>
      </w: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يكتب الطبيب المخاطر التي تنطبق عليك ويشرحها لك.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مخاطر شائعة: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مخاطر نادرة لكنها خطيرة:</w:t>
            </w:r>
          </w:p>
        </w:tc>
      </w:tr>
    </w:tbl>
    <w:p>
      <w:pPr>
        <w:bidi/>
        <w:jc w:val="right"/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البدائل</w:t>
      </w:r>
    </w:p>
    <w:p>
      <w:pPr>
        <w:bidi/>
        <w:jc w:val="right"/>
      </w:pPr>
      <w:r>
        <w:rPr>
          <w:b w:val="0"/>
          <w:i w:val="0"/>
          <w:rtl/>
        </w:rPr>
        <w:t>أن تطلب الرعاية في مكان آخر.</w:t>
      </w:r>
    </w:p>
    <w:p>
      <w:pPr>
        <w:bidi/>
        <w:jc w:val="right"/>
        <w:pBdr>
          <w:bottom w:val="dotted" w:sz="6" w:color="8A8090"/>
        </w:pBdr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إذا لم يتم الإجراء</w:t>
      </w:r>
    </w:p>
    <w:p>
      <w:pPr>
        <w:bidi/>
        <w:jc w:val="right"/>
      </w:pPr>
      <w:r>
        <w:rPr>
          <w:b w:val="0"/>
          <w:i w:val="0"/>
          <w:rtl/>
        </w:rPr>
        <w:t>لا نستطيع علاجك دون موافقتك.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ما ألتزم به بعد الإجراء</w:t>
      </w:r>
    </w:p>
    <w:p>
      <w:pPr>
        <w:bidi/>
        <w:jc w:val="right"/>
      </w:pPr>
      <w:r>
        <w:rPr>
          <w:b w:val="0"/>
          <w:i w:val="0"/>
          <w:rtl/>
        </w:rPr>
        <w:t>• إعطاء معلومات صحيحة وكاملة عن صحتي وأدويتي.</w:t>
      </w:r>
    </w:p>
    <w:p>
      <w:pPr>
        <w:bidi/>
        <w:jc w:val="right"/>
      </w:pPr>
      <w:r>
        <w:rPr>
          <w:b w:val="0"/>
          <w:i w:val="0"/>
          <w:rtl/>
        </w:rPr>
        <w:t>• إبلاغ العيادة بأي تغيير في بياناتي.</w:t>
      </w:r>
    </w:p>
    <w:p>
      <w:pPr>
        <w:bidi/>
        <w:jc w:val="right"/>
      </w:pPr>
      <w:r>
        <w:rPr>
          <w:b w:val="0"/>
          <w:i w:val="0"/>
          <w:rtl/>
        </w:rPr>
        <w:t>• الالتزام بالمواعيد أو الاعتذار مسبقًا.</w:t>
      </w:r>
    </w:p>
    <w:p>
      <w:r>
        <w:br w:type="page"/>
      </w:r>
    </w:p>
    <w:p>
      <w:pPr>
        <w:bidi/>
        <w:jc w:val="right"/>
      </w:pPr>
      <w:r>
        <w:rPr>
          <w:b/>
          <w:i w:val="0"/>
          <w:color w:val="5B2A6E"/>
          <w:sz w:val="33"/>
          <w:rtl/>
          <w:bCs/>
          <w:szCs w:val="33"/>
        </w:rPr>
        <w:t>الموافقة العامة على العلاج ومعالجة البيانات</w:t>
      </w:r>
    </w:p>
    <w:p>
      <w:pPr>
        <w:bidi/>
        <w:jc w:val="right"/>
      </w:pPr>
      <w:r>
        <w:rPr>
          <w:b w:val="0"/>
          <w:i w:val="0"/>
          <w:color w:val="6B6170"/>
          <w:sz w:val="19"/>
          <w:rtl/>
          <w:szCs w:val="19"/>
        </w:rPr>
        <w:t>الموافقة والتوقيعات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بياناتك</w:t>
      </w:r>
    </w:p>
    <w:p>
      <w:pPr>
        <w:bidi/>
        <w:jc w:val="right"/>
      </w:pPr>
      <w:r>
        <w:rPr>
          <w:b w:val="0"/>
          <w:i w:val="0"/>
          <w:rtl/>
        </w:rPr>
        <w:t>ضع علامة على ما توافق عليه. يمكنك تغيير اختيارك بإبلاغ الاستقبال.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حفظ ملفي الطبي ورقيًا وإلكترونيًا.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مشاركة ما يلزم مع شركة التأمين للمطالبات.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مشاركة ما يلزم مع المختبر والأشعة والأطباء المحوَّل إليهم.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تذكيري بالمواعيد عبر واتساب والرسائل النصية.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رسائل النصائح الصحية والعروض (اختياري).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التصوير</w:t>
      </w:r>
    </w:p>
    <w:p>
      <w:pPr>
        <w:bidi/>
        <w:jc w:val="right"/>
      </w:pPr>
      <w:r>
        <w:rPr>
          <w:b w:val="0"/>
          <w:i w:val="0"/>
          <w:color w:val="6B6170"/>
          <w:sz w:val="17"/>
          <w:rtl/>
          <w:szCs w:val="17"/>
        </w:rPr>
        <w:t>كل خيار منفصل. رفض التصوير لا يؤثر على علاجك.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التصوير لملفي الطبي فقط.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استخدام الصور دون إظهار هويتي للتعليم الطبي.</w:t>
            </w:r>
          </w:p>
        </w:tc>
      </w:tr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أوافق على استخدام الصور في تسويق العيادة.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الأسئلة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أُتيحت لي فرصة السؤال، وأُجيب عن أسئلتي بما يكفيني.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إقرار المريض</w:t>
      </w:r>
    </w:p>
    <w:p>
      <w:pPr>
        <w:bidi/>
        <w:jc w:val="right"/>
      </w:pPr>
      <w:r>
        <w:rPr>
          <w:b w:val="0"/>
          <w:i w:val="0"/>
          <w:rtl/>
        </w:rPr>
        <w:t>قرأت هذا النموذج أو قُرئ لي بلغة أفهمها. فهمت الإجراء وفوائده ومخاطره وبدائله، وأوافق عليه. أعلم أنني أستطيع سحب موافقتي قبل بدء الإجراء.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المريض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التوقيع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 والوقت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ولي الأمر (للقاصرين أو من لا يستطيع التوقيع)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صلة القرابة: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رقم الهوية: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الشاهد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إقرار الطبيب</w:t>
      </w:r>
    </w:p>
    <w:p>
      <w:pPr>
        <w:bidi/>
        <w:jc w:val="right"/>
      </w:pPr>
      <w:r>
        <w:rPr>
          <w:b w:val="0"/>
          <w:i w:val="0"/>
          <w:rtl/>
        </w:rPr>
        <w:t>شرحت للمريض أو لولي أمره الإجراء وفوائده ومخاطره وبدائله، وأجبت عن أسئلته.</w:t>
      </w: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اسم الطبيب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التوقيع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8"/>
                <w:rtl/>
                <w:szCs w:val="18"/>
              </w:rPr>
              <w:t>التاريخ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5B2A6E"/>
          <w:sz w:val="24"/>
          <w:rtl/>
          <w:bCs/>
          <w:szCs w:val="24"/>
        </w:rPr>
        <w:t>المترجم (إن وُجد)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الاسم واللغة: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9"/>
                <w:rtl/>
                <w:szCs w:val="19"/>
              </w:rPr>
              <w:t>التوقيع:</w:t>
            </w:r>
          </w:p>
        </w:tc>
      </w:tr>
    </w:tbl>
    <w:p>
      <w:pPr>
        <w:bidi/>
        <w:jc w:val="right"/>
      </w:pPr>
    </w:p>
    <w:p>
      <w:pPr>
        <w:bidi/>
        <w:spacing w:before="240"/>
        <w:jc w:val="right"/>
      </w:pPr>
      <w:r>
        <w:rPr>
          <w:b w:val="0"/>
          <w:i w:val="0"/>
          <w:color w:val="6B6170"/>
          <w:sz w:val="16"/>
          <w:rtl/>
          <w:szCs w:val="16"/>
        </w:rPr>
        <w:t xml:space="preserve">في ميديكولايز يُحفظ هذا المستند على ملف المريض: </w:t>
      </w:r>
      <w:hyperlink r:id="rId9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6B6170"/>
        <w:sz w:val="15"/>
        <w:rtl/>
        <w:szCs w:val="15"/>
      </w:rPr>
      <w:t xml:space="preserve">نموذج من ميديكولايز، يُراجع مع مستشارك القانوني قبل الاستخدام.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ar/demo/?utm_source=template&amp;utm_medium=download&amp;utm_content=consent-form-pack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consent-form-pack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