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</w:rPr>
                    <w:t>Logo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5B2A6E" w:themeColor="accent1"/>
                      <w:sz w:val="19"/>
                    </w:rPr>
                    <w:t>Al Noor Medical Centre</w:t>
                  </w:r>
                </w:p>
                <w:p>
                  <w:pPr>
                    <w:spacing w:after="0" w:before="0"/>
                  </w:pPr>
                  <w:r>
                    <w:rPr>
                      <w:b/>
                      <w:i w:val="0"/>
                      <w:color w:val="C98A1E" w:themeColor="accent2"/>
                      <w:sz w:val="13"/>
                    </w:rPr>
                    <w:t>YOUR NEXT APPOINTMENT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Patient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Date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Time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6B6170"/>
                      <w:sz w:val="14"/>
                    </w:rPr>
                    <w:t>Doctor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</w:rPr>
                    <w:t>Main branch: King Fahd Road, Al Olaya, Riyadh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9"/>
          <w:pgSz w:w="11906" w:h="16838"/>
          <w:pgMar w:top="624" w:right="1134" w:bottom="567" w:left="1134" w:header="720" w:footer="255" w:gutter="0"/>
          <w:cols w:space="720"/>
          <w:docGrid w:linePitch="360"/>
        </w:sect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i w:val="0"/>
                <w:color w:val="FFFFFF"/>
                <w:sz w:val="16"/>
              </w:rPr>
              <w:t>Confirm or reschedule on WhatsApp</w:t>
            </w:r>
          </w:p>
          <w:p>
            <w:pPr>
              <w:spacing w:after="80" w:before="0"/>
            </w:pPr>
            <w:r>
              <w:rPr>
                <w:b/>
                <w:i w:val="0"/>
                <w:color w:val="FFFFFF"/>
                <w:sz w:val="34"/>
              </w:rPr>
              <w:t>050 000 0000</w:t>
            </w:r>
          </w:p>
          <w:p>
            <w:pPr>
              <w:spacing w:after="40" w:before="0"/>
            </w:pPr>
            <w:r>
              <w:rPr>
                <w:b/>
                <w:i w:val="0"/>
                <w:color w:val="F1D39A"/>
                <w:sz w:val="14"/>
              </w:rPr>
              <w:t>Please arrive 10 minutes early.</w:t>
            </w:r>
          </w:p>
          <w:p>
            <w:pPr>
              <w:spacing w:after="100" w:before="0"/>
            </w:pPr>
            <w:r>
              <w:rPr>
                <w:b w:val="0"/>
                <w:i w:val="0"/>
                <w:color w:val="FFFFFF"/>
                <w:sz w:val="15"/>
              </w:rPr>
              <w:t>To cancel or change, tell us at least 24 hours ahead so the slot can go to another patient.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E9DDF0"/>
                <w:sz w:val="14"/>
              </w:rPr>
              <w:t>Al Noor Medical Centre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pgSz w:w="11906" w:h="16838"/>
          <w:pgMar w:top="624" w:right="1134" w:bottom="567" w:left="1134" w:header="720" w:footer="255" w:gutter="0"/>
          <w:cols w:space="720"/>
          <w:docGrid w:linePitch="360"/>
        </w:sectPr>
      </w:pPr>
    </w:p>
    <w:p>
      <w:r>
        <w:rPr>
          <w:b/>
          <w:i w:val="0"/>
          <w:color w:val="5B2A6E"/>
          <w:sz w:val="33"/>
        </w:rPr>
        <w:t>Printing and cutting the cards</w:t>
      </w:r>
    </w:p>
    <w:p>
      <w:r>
        <w:rPr>
          <w:b w:val="0"/>
          <w:i w:val="0"/>
          <w:color w:val="6B6170"/>
          <w:sz w:val="19"/>
        </w:rPr>
        <w:t>Ten cards to an A4 sheet, at business-card size.</w:t>
      </w:r>
    </w:p>
    <w:p>
      <w:r>
        <w:rPr>
          <w:b w:val="0"/>
          <w:i w:val="0"/>
        </w:rPr>
        <w:t>1. Change the clinic name, address and WhatsApp number on all ten cards at once with Find and Replace in Word (Ctrl+H).</w:t>
      </w:r>
    </w:p>
    <w:p>
      <w:r>
        <w:rPr>
          <w:b w:val="0"/>
          <w:i w:val="0"/>
        </w:rPr>
        <w:t>2. Print page 1 on card stock (250 to 300 gsm), put the sheets back in the printer and print page 2 on the reverse. Every back is the same, so the flip direction does not matter.</w:t>
      </w:r>
    </w:p>
    <w:p>
      <w:r>
        <w:rPr>
          <w:b w:val="0"/>
          <w:i w:val="0"/>
        </w:rPr>
        <w:t>3. Print at 100% (actual size), not “fit to page”, so each card stays 85 × 55 mm.</w:t>
      </w:r>
    </w:p>
    <w:p>
      <w:r>
        <w:rPr>
          <w:b w:val="0"/>
          <w:i w:val="0"/>
        </w:rPr>
        <w:t>4. Cut along the grey dashed lines with a paper trimmer or a cutter.</w:t>
      </w:r>
    </w:p>
    <w:p>
      <w:r>
        <w:rPr>
          <w:b w:val="0"/>
          <w:i w:val="0"/>
        </w:rPr>
        <w:t>5. The front desk writes the name, date, time and doctor in pen before the patient leaves.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r/>
            <w:r>
              <w:rPr>
                <w:b/>
                <w:i w:val="0"/>
                <w:color w:val="5B2A6E"/>
              </w:rPr>
              <w:t>Why the last line on the back</w:t>
            </w:r>
          </w:p>
          <w:p>
            <w:r>
              <w:rPr>
                <w:b w:val="0"/>
                <w:i w:val="0"/>
              </w:rPr>
              <w:t>A patient who knows that an early cancellation helps someone else will usually tell you rather than not turn up. Write the notice period your clinic actually works to.</w:t>
            </w:r>
          </w:p>
        </w:tc>
      </w:tr>
    </w:tbl>
    <w:p/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the confirmation and reminders go by WhatsApp, and the patient confirms, cancels or reschedules in one tap: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pgSz w:w="11906" w:h="16838"/>
      <w:pgMar w:top="794" w:right="907" w:bottom="907" w:left="907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demo/?utm_source=template&amp;utm_medium=download&amp;utm_content=appointment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appointment-cards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